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Formats F — NAAC Documentation Formats</w:t>
      </w:r>
    </w:p>
    <w:p>
      <w:r>
        <w:t>Replace every [BRACKETED] field with your details.</w:t>
        <w:br/>
        <w:t>Prepared by Seminar (Powered by Topic Engine) · Online Academy · wa.me/919002903128</w:t>
      </w:r>
    </w:p>
    <w:p>
      <w:pPr>
        <w:pStyle w:val="Heading1"/>
      </w:pPr>
      <w:r>
        <w:t>F. NAAC Documentation Formats</w:t>
      </w:r>
    </w:p>
    <w:p>
      <w:pPr>
        <w:pStyle w:val="Heading2"/>
      </w:pPr>
      <w:r>
        <w:t>NAAC Evidence Folder Structure</w:t>
      </w:r>
    </w:p>
    <w:p>
      <w:pPr>
        <w:spacing w:after="40"/>
      </w:pPr>
      <w:r>
        <w:t>NAAC SEMINAR EVIDENCE FOLDER STRUCTURE</w:t>
      </w:r>
    </w:p>
    <w:p>
      <w:pPr>
        <w:spacing w:after="40"/>
      </w:pPr>
      <w:r>
        <w:t>Master folder: YYYY_Department_[Seminar / Workshop / FDP / Conference]_[EVENT TITLE]</w:t>
      </w:r>
    </w:p>
    <w:p>
      <w:pPr>
        <w:spacing w:after="40"/>
      </w:pPr>
      <w:r>
        <w:t>(example: 2026_Education_National_Seminar_Teacher_Training)</w:t>
      </w:r>
    </w:p>
    <w:p>
      <w:pPr>
        <w:spacing w:after="40"/>
      </w:pPr>
    </w:p>
    <w:p>
      <w:pPr>
        <w:spacing w:after="40"/>
      </w:pPr>
      <w:r>
        <w:t>01_Approval_and_Planning — proposal, Principal's approval order, budget proposal &amp; sanction, objectives, theme &amp; sub-themes</w:t>
      </w:r>
    </w:p>
    <w:p>
      <w:pPr>
        <w:spacing w:after="40"/>
      </w:pPr>
      <w:r>
        <w:t>02_Committee_and_IQAC — organizing committee order, IQAC committee order, roles &amp; responsibilities, pre-seminar minutes</w:t>
      </w:r>
    </w:p>
    <w:p>
      <w:pPr>
        <w:spacing w:after="40"/>
      </w:pPr>
      <w:r>
        <w:t>03_Resource_Person_Details — invitations, acceptances, profiles, photographs, honorarium/TA-DA approval</w:t>
      </w:r>
    </w:p>
    <w:p>
      <w:pPr>
        <w:spacing w:after="40"/>
      </w:pPr>
      <w:r>
        <w:t>04_Publicity_and_Outreach — brochure, posters, banner designs, website screenshot, promo video link, QR invitation, social media, media coverage</w:t>
      </w:r>
    </w:p>
    <w:p>
      <w:pPr>
        <w:spacing w:after="40"/>
      </w:pPr>
      <w:r>
        <w:t>05_Registration_and_Attendance — registration form screenshot, offline list, category-wise participant list, attendance (students / faculty / scholars), QR attendance report</w:t>
      </w:r>
    </w:p>
    <w:p>
      <w:pPr>
        <w:spacing w:after="40"/>
      </w:pPr>
      <w:r>
        <w:t>06_Program_Schedule_and_Run_Sheet — final schedule, event-day guide, minute-wise run sheet, keynote script, session chair assignment</w:t>
      </w:r>
    </w:p>
    <w:p>
      <w:pPr>
        <w:spacing w:after="40"/>
      </w:pPr>
      <w:r>
        <w:t>07_Event_Day_Photographs — captioned &amp; date-tagged: inaugural, keynote, expert lecture, paper sessions, audience, certificate distribution, valedictory, GROUP PHOTO</w:t>
      </w:r>
    </w:p>
    <w:p>
      <w:pPr>
        <w:spacing w:after="40"/>
      </w:pPr>
      <w:r>
        <w:t>08_Event_Day_Videos — opening, keynote, paper sessions, interaction, valedictory, programme guide video + links document</w:t>
      </w:r>
    </w:p>
    <w:p>
      <w:pPr>
        <w:spacing w:after="40"/>
      </w:pPr>
      <w:r>
        <w:t>09_Papers_and_Proceedings — abstracts book, presentation list, full papers, proceedings booklet, editorial note</w:t>
      </w:r>
    </w:p>
    <w:p>
      <w:pPr>
        <w:spacing w:after="40"/>
      </w:pPr>
      <w:r>
        <w:t>10_Feedback_and_QA — feedback form, responses, analysis report, IQAC remarks &amp; action plan</w:t>
      </w:r>
    </w:p>
    <w:p>
      <w:pPr>
        <w:spacing w:after="40"/>
      </w:pPr>
      <w:r>
        <w:t>11_Certificates — participant / resource person / presenter templates, issue register, distribution photos</w:t>
      </w:r>
    </w:p>
    <w:p>
      <w:pPr>
        <w:spacing w:after="40"/>
      </w:pPr>
      <w:r>
        <w:t>12_Financial_Documents — approved budget, quotations, bills &amp; vouchers, payment proofs, expenditure statement, budget-vs-actual</w:t>
      </w:r>
    </w:p>
    <w:p>
      <w:pPr>
        <w:spacing w:after="40"/>
      </w:pPr>
      <w:r>
        <w:t>13_Post_Event_Report — NAAC-compliant report, session-wise report, valedictory report, outcomes &amp; impact, recommendations</w:t>
      </w:r>
    </w:p>
    <w:p>
      <w:pPr>
        <w:spacing w:after="40"/>
      </w:pPr>
      <w:r>
        <w:t>14_AQAR_and_NAAC_Mapping — criteria mapping, AQAR table entry, peer-team quick summary, key evidence index</w:t>
      </w:r>
    </w:p>
    <w:p>
      <w:pPr>
        <w:spacing w:after="40"/>
      </w:pPr>
      <w:r>
        <w:t>15_Archive_and_Backup — complete index, hardcopy file index, drive backup link</w:t>
      </w:r>
    </w:p>
    <w:p>
      <w:pPr>
        <w:spacing w:after="40"/>
      </w:pPr>
    </w:p>
    <w:p>
      <w:pPr>
        <w:spacing w:after="40"/>
      </w:pPr>
      <w:r>
        <w:t>File naming convention: YYYY_Seminar_DocumentName.pdf (e.g. 2026_Seminar_Approval_Order.pdf)</w:t>
      </w:r>
    </w:p>
    <w:p>
      <w:r>
        <w:br w:type="page"/>
      </w:r>
    </w:p>
    <w:p>
      <w:pPr>
        <w:pStyle w:val="Heading2"/>
      </w:pPr>
      <w:r>
        <w:t>Mandatory Photographic Evidence Guidelines</w:t>
      </w:r>
    </w:p>
    <w:p>
      <w:pPr>
        <w:spacing w:after="40"/>
      </w:pPr>
      <w:r>
        <w:t>MANDATORY PHOTOGRAPHIC EVIDENCE — PHOTOGRAPHER CHECKLIST</w:t>
      </w:r>
    </w:p>
    <w:p>
      <w:pPr>
        <w:spacing w:after="40"/>
      </w:pPr>
      <w:r>
        <w:t>NAAC guideline: minimum 30–45 clear, captioned photographs with date, venue and event name.</w:t>
      </w:r>
    </w:p>
    <w:p>
      <w:pPr>
        <w:spacing w:after="40"/>
      </w:pPr>
    </w:p>
    <w:p>
      <w:pPr>
        <w:spacing w:after="40"/>
      </w:pPr>
      <w:r>
        <w:t>SHOT LIST (all mandatory):</w:t>
      </w:r>
    </w:p>
    <w:p>
      <w:pPr>
        <w:spacing w:after="40"/>
      </w:pPr>
      <w:r>
        <w:t>1. Inaugural session — flag hoisting / group photo; dais showing BANNER and dignitaries; lamp lighting</w:t>
      </w:r>
    </w:p>
    <w:p>
      <w:pPr>
        <w:spacing w:after="40"/>
      </w:pPr>
      <w:r>
        <w:t>2. Keynote address — speaker delivering; audience during keynote</w:t>
      </w:r>
    </w:p>
    <w:p>
      <w:pPr>
        <w:spacing w:after="40"/>
      </w:pPr>
      <w:r>
        <w:t>3. Expert lecture — speaker addressing; Q&amp;A moments</w:t>
      </w:r>
    </w:p>
    <w:p>
      <w:pPr>
        <w:spacing w:after="40"/>
      </w:pPr>
      <w:r>
        <w:t>4. Paper presentations — scholars presenting; session chair moderating</w:t>
      </w:r>
    </w:p>
    <w:p>
      <w:pPr>
        <w:spacing w:after="40"/>
      </w:pPr>
      <w:r>
        <w:t>5. Participant engagement — audience listening; group / open discussion</w:t>
      </w:r>
    </w:p>
    <w:p>
      <w:pPr>
        <w:spacing w:after="40"/>
      </w:pPr>
      <w:r>
        <w:t>6. Certificate distribution — to resource persons; to presenters and participants</w:t>
      </w:r>
    </w:p>
    <w:p>
      <w:pPr>
        <w:spacing w:after="40"/>
      </w:pPr>
      <w:r>
        <w:t>7. Valedictory — closing with dignitaries; vote of thanks</w:t>
      </w:r>
    </w:p>
    <w:p>
      <w:pPr>
        <w:spacing w:after="40"/>
      </w:pPr>
      <w:r>
        <w:t>8. GROUP PHOTOGRAPH — participants, faculty and resource persons, with banner and date clearly visible</w:t>
      </w:r>
    </w:p>
    <w:p>
      <w:pPr>
        <w:spacing w:after="40"/>
      </w:pPr>
    </w:p>
    <w:p>
      <w:pPr>
        <w:spacing w:after="40"/>
      </w:pPr>
      <w:r>
        <w:t>VIDEO EVIDENCE (highly recommended): opening, keynote/expert clips, paper session, interaction, valedictory, programme guide video — with an accessible YouTube/Drive link.</w:t>
      </w:r>
    </w:p>
    <w:p>
      <w:pPr>
        <w:spacing w:after="40"/>
      </w:pPr>
    </w:p>
    <w:p>
      <w:pPr>
        <w:spacing w:after="40"/>
      </w:pPr>
      <w:r>
        <w:t>CAPTION FORMAT (every photograph):</w:t>
      </w:r>
    </w:p>
    <w:p>
      <w:pPr>
        <w:spacing w:after="40"/>
      </w:pPr>
      <w:r>
        <w:t>Seminar Title | Date | Venue | Activity</w:t>
      </w:r>
    </w:p>
    <w:p>
      <w:pPr>
        <w:spacing w:after="40"/>
      </w:pPr>
      <w:r>
        <w:t>e.g. [Seminar / Workshop / FDP / Conference] on [THEME] | [DATE] | [INSTITUTION NAME] | Keynote Address Session</w:t>
      </w:r>
    </w:p>
    <w:p>
      <w:pPr>
        <w:spacing w:after="40"/>
      </w:pPr>
    </w:p>
    <w:p>
      <w:pPr>
        <w:spacing w:after="40"/>
      </w:pPr>
      <w:r>
        <w:t>PEER-TEAM READINESS: documents signed and dated; photos captioned and clear; attendance category-wise and complete; evidence mapped to criteria; soft and hard copies indexed.</w:t>
      </w:r>
    </w:p>
    <w:p>
      <w:r>
        <w:br w:type="page"/>
      </w:r>
    </w:p>
    <w:p>
      <w:pPr>
        <w:pStyle w:val="Heading2"/>
      </w:pPr>
      <w:r>
        <w:t>NAAC Documentation Evidence Checklist</w:t>
      </w:r>
    </w:p>
    <w:p>
      <w:pPr>
        <w:spacing w:after="40"/>
      </w:pPr>
      <w:r>
        <w:t>MANDATORY DOCUMENTATION EVIDENCE (TEXTUAL RECORDS)</w:t>
      </w:r>
    </w:p>
    <w:p>
      <w:pPr>
        <w:spacing w:after="40"/>
      </w:pPr>
      <w:r>
        <w:t>Event: [Seminar / Workshop / FDP / Conference] "[EVENT TITLE]" · [INSTITUTION NAME] · [DATE]</w:t>
      </w:r>
    </w:p>
    <w:p>
      <w:pPr>
        <w:spacing w:after="40"/>
      </w:pPr>
    </w:p>
    <w:p>
      <w:pPr>
        <w:spacing w:after="40"/>
      </w:pPr>
      <w:r>
        <w:t>1. Approval &amp; planning — Principal's approval order; proposal / concept note; budget proposal and sanction; committee orders; roles &amp; responsibilities</w:t>
      </w:r>
    </w:p>
    <w:p>
      <w:pPr>
        <w:spacing w:after="40"/>
      </w:pPr>
      <w:r>
        <w:t>2. Academic content — theme &amp; sub-themes; programme schedule / event-day guide; minute-wise run sheet; keynote script; lecture abstracts; paper list (title, author, affiliation); session chair details</w:t>
      </w:r>
    </w:p>
    <w:p>
      <w:pPr>
        <w:spacing w:after="40"/>
      </w:pPr>
      <w:r>
        <w:t>3. Resource persons — invitations; acceptances; profiles and photographs; honorarium / TA-DA approval; appreciation certificates</w:t>
      </w:r>
    </w:p>
    <w:p>
      <w:pPr>
        <w:spacing w:after="40"/>
      </w:pPr>
      <w:r>
        <w:t>4. Publicity &amp; outreach — brochure; posters; banner designs; website screenshots; promo video link; QR invitations; social media proof; media coverage</w:t>
      </w:r>
    </w:p>
    <w:p>
      <w:pPr>
        <w:spacing w:after="40"/>
      </w:pPr>
      <w:r>
        <w:t>5. Registration &amp; attendance — registration form (screenshot/link); category-wise participant lists (students / faculty / scholars / external); signed date-wise attendance sheets; QR attendance report</w:t>
      </w:r>
    </w:p>
    <w:p>
      <w:pPr>
        <w:spacing w:after="40"/>
      </w:pPr>
      <w:r>
        <w:t>6. Feedback &amp; QA — feedback form; response data; analysis report; IQAC remarks and action-taken report</w:t>
      </w:r>
    </w:p>
    <w:p>
      <w:pPr>
        <w:spacing w:after="40"/>
      </w:pPr>
      <w:r>
        <w:t>7. Certificates — participant / resource person / presenter templates; issue register (serial-wise); distribution record and photographs</w:t>
      </w:r>
    </w:p>
    <w:p>
      <w:pPr>
        <w:spacing w:after="40"/>
      </w:pPr>
      <w:r>
        <w:t>8. Financial — approved budget; quotations; bills &amp; vouchers; payment proofs; final expenditure statement; budget-vs-actual report</w:t>
      </w:r>
    </w:p>
    <w:p>
      <w:pPr>
        <w:spacing w:after="40"/>
      </w:pPr>
      <w:r>
        <w:t>9. Post-event — NAAC-compliant report; session-wise report; outcomes &amp; impact statement; proceedings / abstracts book; valedictory report</w:t>
      </w:r>
    </w:p>
    <w:p>
      <w:pPr>
        <w:spacing w:after="40"/>
      </w:pPr>
    </w:p>
    <w:p>
      <w:pPr>
        <w:spacing w:after="40"/>
      </w:pPr>
      <w:r>
        <w:t>Best practice: keep all approval orders in sequence at the FRONT of the seminar NAAC file, with a one-page summary and a quick-access folder of the top 10 key evidences for the peer team.</w:t>
      </w:r>
    </w:p>
    <w:p>
      <w:r>
        <w:br w:type="page"/>
      </w:r>
    </w:p>
    <w:p>
      <w:pPr>
        <w:pStyle w:val="Heading2"/>
      </w:pPr>
      <w:r>
        <w:t>Seminar Proceedings Booklet Structure</w:t>
      </w:r>
    </w:p>
    <w:p>
      <w:pPr>
        <w:spacing w:after="40"/>
      </w:pPr>
      <w:r>
        <w:t>SEMINAR PROCEEDINGS BOOKLET — NAAC-COMPLIANT STRUCTURE</w:t>
      </w:r>
    </w:p>
    <w:p>
      <w:pPr>
        <w:spacing w:after="40"/>
      </w:pPr>
      <w:r>
        <w:t>For: [Seminar / Workshop / FDP / Conference] "[EVENT TITLE]" · [INSTITUTION NAME] · [DATE]</w:t>
      </w:r>
    </w:p>
    <w:p>
      <w:pPr>
        <w:spacing w:after="40"/>
      </w:pPr>
    </w:p>
    <w:p>
      <w:pPr>
        <w:spacing w:after="40"/>
      </w:pPr>
      <w:r>
        <w:t>FRONT MATTER</w:t>
      </w:r>
    </w:p>
    <w:p>
      <w:pPr>
        <w:spacing w:after="40"/>
      </w:pPr>
      <w:r>
        <w:t>1. Front cover — title, theme, event type, date(s), venue, organized by, college + NAAC logos</w:t>
      </w:r>
    </w:p>
    <w:p>
      <w:pPr>
        <w:spacing w:after="40"/>
      </w:pPr>
      <w:r>
        <w:t>2. Inside cover — editors (name, designation, department); publisher; year</w:t>
      </w:r>
    </w:p>
    <w:p>
      <w:pPr>
        <w:spacing w:after="40"/>
      </w:pPr>
      <w:r>
        <w:t>3. Copyright page</w:t>
      </w:r>
    </w:p>
    <w:p>
      <w:pPr>
        <w:spacing w:after="40"/>
      </w:pPr>
      <w:r>
        <w:t>4. Foreword — by the Principal / Head of Institution</w:t>
      </w:r>
    </w:p>
    <w:p>
      <w:pPr>
        <w:spacing w:after="40"/>
      </w:pPr>
      <w:r>
        <w:t>5. Preface — by the Convener ([CONVENER NAME])</w:t>
      </w:r>
    </w:p>
    <w:p>
      <w:pPr>
        <w:spacing w:after="40"/>
      </w:pPr>
      <w:r>
        <w:t>6. Acknowledgements — management, resource persons, IQAC, coordinators, volunteers, participants</w:t>
      </w:r>
    </w:p>
    <w:p>
      <w:pPr>
        <w:spacing w:after="40"/>
      </w:pPr>
      <w:r>
        <w:t>7. Organizing committee — Patron, Chairperson, Convener, Co-Convener, Organizing Secretary, members</w:t>
      </w:r>
    </w:p>
    <w:p>
      <w:pPr>
        <w:spacing w:after="40"/>
      </w:pPr>
      <w:r>
        <w:t>8. About the institution — establishment, vision/mission, programmes, NAAC status</w:t>
      </w:r>
    </w:p>
    <w:p>
      <w:pPr>
        <w:spacing w:after="40"/>
      </w:pPr>
      <w:r>
        <w:t>9. About the department — academic focus, research, extension</w:t>
      </w:r>
    </w:p>
    <w:p>
      <w:pPr>
        <w:spacing w:after="40"/>
      </w:pPr>
    </w:p>
    <w:p>
      <w:pPr>
        <w:spacing w:after="40"/>
      </w:pPr>
      <w:r>
        <w:t>CORE</w:t>
      </w:r>
    </w:p>
    <w:p>
      <w:pPr>
        <w:spacing w:after="40"/>
      </w:pPr>
      <w:r>
        <w:t>10. Seminar overview — title, theme "[THEME]", sub-themes, objectives, participants, outcomes</w:t>
      </w:r>
    </w:p>
    <w:p>
      <w:pPr>
        <w:spacing w:after="40"/>
      </w:pPr>
      <w:r>
        <w:t>11. Programme schedule — day-wise / session-wise with time, speaker, designation</w:t>
      </w:r>
    </w:p>
    <w:p>
      <w:pPr>
        <w:spacing w:after="40"/>
      </w:pPr>
      <w:r>
        <w:t>12. Resource person profiles</w:t>
      </w:r>
    </w:p>
    <w:p>
      <w:pPr>
        <w:spacing w:after="40"/>
      </w:pPr>
      <w:r>
        <w:t>13. ABSTRACTS / PAPERS — uniform format per paper: Paper ID · Title · Author(s) with affiliation and email · Abstract (200–300 words) · Keywords (3–5); full papers add Introduction, Methodology, Results, Conclusion, References</w:t>
      </w:r>
    </w:p>
    <w:p>
      <w:pPr>
        <w:spacing w:after="40"/>
      </w:pPr>
      <w:r>
        <w:t>14. Session-wise paper list</w:t>
      </w:r>
    </w:p>
    <w:p>
      <w:pPr>
        <w:spacing w:after="40"/>
      </w:pPr>
    </w:p>
    <w:p>
      <w:pPr>
        <w:spacing w:after="40"/>
      </w:pPr>
      <w:r>
        <w:t>CLOSING</w:t>
      </w:r>
    </w:p>
    <w:p>
      <w:pPr>
        <w:spacing w:after="40"/>
      </w:pPr>
      <w:r>
        <w:t>15. Key outcomes — academic insights, collaborations, learning outcomes, institutional impact</w:t>
      </w:r>
    </w:p>
    <w:p>
      <w:pPr>
        <w:spacing w:after="40"/>
      </w:pPr>
      <w:r>
        <w:t>16. Feedback summary — satisfaction level, strengths, suggestions (charts optional)</w:t>
      </w:r>
    </w:p>
    <w:p>
      <w:pPr>
        <w:spacing w:after="40"/>
      </w:pPr>
      <w:r>
        <w:t>17. Valedictory highlights (optional NAAC evidence)</w:t>
      </w:r>
    </w:p>
    <w:p>
      <w:pPr>
        <w:spacing w:after="40"/>
      </w:pPr>
      <w:r>
        <w:t>18. Photographic documentation — captioned selections</w:t>
      </w:r>
    </w:p>
    <w:p>
      <w:pPr>
        <w:spacing w:after="40"/>
      </w:pPr>
      <w:r>
        <w:t>19. Conclusion · 20. References · 21. Back cover — organizer and contact details</w:t>
      </w:r>
    </w:p>
    <w:p>
      <w:pPr>
        <w:spacing w:after="40"/>
      </w:pPr>
    </w:p>
    <w:p>
      <w:pPr>
        <w:spacing w:after="40"/>
      </w:pPr>
      <w:r>
        <w:t>Assign ISBN/ISSN if published formally; preserve soft and hard copies for institutional records.</w:t>
      </w:r>
    </w:p>
    <w:p>
      <w:r>
        <w:br w:type="page"/>
      </w:r>
    </w:p>
    <w:p>
      <w:pPr>
        <w:pStyle w:val="Heading2"/>
      </w:pPr>
      <w:r>
        <w:t>Participant &amp; Stakeholder Feedback Form</w:t>
      </w:r>
    </w:p>
    <w:p>
      <w:r>
        <w:t>PARTICIPANT &amp; STAKEHOLDER FEEDBACK FORM</w:t>
      </w:r>
    </w:p>
    <w:p/>
    <w:p>
      <w:r>
        <w:t>Event: [THEME]</w:t>
      </w:r>
    </w:p>
    <w:p>
      <w:r>
        <w:t>Type / Standard: [Seminar / Workshop / FDP]</w:t>
      </w:r>
    </w:p>
    <w:p>
      <w:r>
        <w:t>Institution: [INSTITUTION NAME]</w:t>
      </w:r>
    </w:p>
    <w:p>
      <w:r>
        <w:t>Date: [DATE]          Venue: [VENUE]</w:t>
      </w:r>
    </w:p>
    <w:p/>
    <w:p>
      <w:r>
        <w:t>Name (optional): ___________________________   Designation/Category: [ ] Student  [ ] Faculty  [ ] Resource Person  [ ] Other Stakeholder</w:t>
      </w:r>
    </w:p>
    <w:p>
      <w:r>
        <w:t>Department / Institution: ___________________________</w:t>
      </w:r>
    </w:p>
    <w:p/>
    <w:p>
      <w:r>
        <w:t>Please rate the following on a scale of 1 (Poor) to 5 (Excellent):</w:t>
      </w:r>
    </w:p>
    <w:p/>
    <w:p>
      <w:r>
        <w:t>1. Relevance of the theme/topic to your academic or professional needs        1  2  3  4  5</w:t>
      </w:r>
    </w:p>
    <w:p>
      <w:r>
        <w:t>2. Quality and clarity of content delivered by resource person(s)             1  2  3  4  5</w:t>
      </w:r>
    </w:p>
    <w:p>
      <w:r>
        <w:t>3. Organisation and time management of the event                             1  2  3  4  5</w:t>
      </w:r>
    </w:p>
    <w:p>
      <w:r>
        <w:t>4. Venue, infrastructure and technical arrangements                          1  2  3  4  5</w:t>
      </w:r>
    </w:p>
    <w:p>
      <w:r>
        <w:t>5. Registration, hospitality and on-site coordination                        1  2  3  4  5</w:t>
      </w:r>
    </w:p>
    <w:p>
      <w:r>
        <w:t>6. Opportunity provided for questions/discussion/interaction                 1  2  3  4  5</w:t>
      </w:r>
    </w:p>
    <w:p>
      <w:r>
        <w:t>7. Overall satisfaction with the event                                       1  2  3  4  5</w:t>
      </w:r>
    </w:p>
    <w:p/>
    <w:p>
      <w:r>
        <w:t>8. What did you find most useful about this event?</w:t>
      </w:r>
    </w:p>
    <w:p>
      <w:r>
        <w:t>_______________________________________________________________________</w:t>
      </w:r>
    </w:p>
    <w:p/>
    <w:p>
      <w:r>
        <w:t>9. What could be improved in future events of this kind?</w:t>
      </w:r>
    </w:p>
    <w:p>
      <w:r>
        <w:t>_______________________________________________________________________</w:t>
      </w:r>
    </w:p>
    <w:p/>
    <w:p>
      <w:r>
        <w:t>10. Would you attend or recommend a future event on a related theme?   [ ] Yes   [ ] No   [ ] Maybe</w:t>
      </w:r>
    </w:p>
    <w:p/>
    <w:p>
      <w:r>
        <w:t>Signature (optional): ___________________________</w:t>
      </w:r>
    </w:p>
    <w:p/>
    <w:p>
      <w:r>
        <w:t>— FOR OFFICE USE: FEEDBACK ANALYSIS SUMMARY —</w:t>
      </w:r>
    </w:p>
    <w:p>
      <w:r>
        <w:t>Total Responses Collected: _____   Average Score (Q1–Q7): _____ / 5</w:t>
      </w:r>
    </w:p>
    <w:p>
      <w:r>
        <w:t>Q1: ___  Q2: ___  Q3: ___  Q4: ___  Q5: ___  Q6: ___  Q7: ___</w:t>
      </w:r>
    </w:p>
    <w:p>
      <w:r>
        <w:t>Key positive themes: _______________________________________________</w:t>
      </w:r>
    </w:p>
    <w:p>
      <w:r>
        <w:t>Key improvement areas: _____________________________________________</w:t>
      </w:r>
    </w:p>
    <w:p>
      <w:r>
        <w:t>Action taken / noted for next event: _______________________________</w:t>
      </w:r>
    </w:p>
    <w:p>
      <w:r>
        <w:t>Compiled by: ___________________   Date: [DATE]</w:t>
      </w:r>
    </w:p>
    <w:p/>
    <w:p>
      <w:r>
        <w:t>NAAC Note: Collect this form from participants, faculty and, where applicable, external stakeholders. Retain both raw forms and this analysis summary — NAAC's assessment framework expects documented stakeholder feedback with visible analysis and follow-up action, not just collection.</w:t>
      </w:r>
    </w:p>
    <w:p>
      <w:pPr>
        <w:pStyle w:val="Heading2"/>
      </w:pPr>
      <w:r>
        <w:t>Best Practice Documentation Format</w:t>
      </w:r>
    </w:p>
    <w:p>
      <w:r>
        <w:t>BEST PRACTICE DOCUMENTATION FORMAT</w:t>
      </w:r>
    </w:p>
    <w:p/>
    <w:p>
      <w:r>
        <w:t>Institution: [INSTITUTION NAME]</w:t>
      </w:r>
    </w:p>
    <w:p>
      <w:r>
        <w:t>Title of the Practice: [TITLE OF BEST PRACTICE]</w:t>
      </w:r>
    </w:p>
    <w:p>
      <w:r>
        <w:t>Related Event/Activity: [THEME] ([Seminar / Workshop / FDP], [DATE])</w:t>
      </w:r>
    </w:p>
    <w:p>
      <w:r>
        <w:t>Academic Year: [YEAR]</w:t>
      </w:r>
    </w:p>
    <w:p/>
    <w:p>
      <w:r>
        <w:t>1. OBJECTIVES OF THE PRACTICE</w:t>
      </w:r>
    </w:p>
    <w:p>
      <w:r>
        <w:t>[State the goal(s) this practice was designed to achieve — e.g. improving student research exposure, strengthening industry linkage, enhancing inclusivity. 2–4 sentences.]</w:t>
      </w:r>
    </w:p>
    <w:p/>
    <w:p>
      <w:r>
        <w:t>2. THE CONTEXT</w:t>
      </w:r>
    </w:p>
    <w:p>
      <w:r>
        <w:t>[Describe the situation or need that led to adopting this practice — what gap existed, what triggered the initiative, and any constraints (resources, scale, geography) that shaped its design. 3–5 sentences.]</w:t>
      </w:r>
    </w:p>
    <w:p/>
    <w:p>
      <w:r>
        <w:t>3. THE PRACTICE</w:t>
      </w:r>
    </w:p>
    <w:p>
      <w:r>
        <w:t>[Describe what was actually done, in sequence — planning, implementation, and the role of [INSTITUTION NAME] and any partner organisations. Reference the specific event/SOP steps used (e.g. committee constitution, resource-person engagement, execution protocol) so the description is verifiable against the institution's own records. 5–8 sentences or bullet steps.]</w:t>
      </w:r>
    </w:p>
    <w:p/>
    <w:p>
      <w:r>
        <w:t>4. EVIDENCE OF SUCCESS</w:t>
      </w:r>
    </w:p>
    <w:p>
      <w:r>
        <w:t>[Present measurable or observable outcomes — participation numbers, feedback scores (cross-reference the Feedback Form/analysis summary for this event), qualitative outcomes, replication in subsequent events, or external recognition. Use data wherever available rather than general claims.]</w:t>
      </w:r>
    </w:p>
    <w:p/>
    <w:p>
      <w:r>
        <w:t>5. PROBLEMS ENCOUNTERED AND RESOURCES REQUIRED</w:t>
      </w:r>
    </w:p>
    <w:p>
      <w:r>
        <w:t>[State constraints faced (budget, time, staffing, infrastructure) and resources/support that would help sustain or scale the practice — this is expected by NAAC's format and should be candid, not just self-congratulatory.]</w:t>
      </w:r>
    </w:p>
    <w:p/>
    <w:p>
      <w:r>
        <w:t>Prepared by: ___________________________   Designation: ___________________________</w:t>
      </w:r>
    </w:p>
    <w:p>
      <w:r>
        <w:t>Verified by (IQAC): ___________________________   Date: [DATE]</w:t>
      </w:r>
    </w:p>
    <w:p/>
    <w:p>
      <w:r>
        <w:t>NAAC Note: This format follows NAAC's standard 5-part Best Practice structure and supports Criterion VII (Institutional Values &amp; Best Practices). Maintain one such document per identified best practice per year, supported by the underlying event records and feedback evidence already in the SOP &amp; Formats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