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Formats E — Process SOPs &amp; Working Formats</w:t>
      </w:r>
    </w:p>
    <w:p>
      <w:r>
        <w:t>Replace every [BRACKETED] field with your details.</w:t>
        <w:br/>
        <w:t>Prepared by Seminar (Powered by Topic Engine) · Online Academy · wa.me/919002903128</w:t>
      </w:r>
    </w:p>
    <w:p>
      <w:pPr>
        <w:pStyle w:val="Heading1"/>
      </w:pPr>
      <w:r>
        <w:t>E. Process SOPs &amp; Working Formats</w:t>
      </w:r>
    </w:p>
    <w:p>
      <w:pPr>
        <w:pStyle w:val="Heading2"/>
      </w:pPr>
      <w:r>
        <w:t>Pre-Seminar SOP — Step-by-Step Checklist</w:t>
      </w:r>
    </w:p>
    <w:p>
      <w:pPr>
        <w:spacing w:after="40"/>
      </w:pPr>
      <w:r>
        <w:t>PRE-SEMINAR STANDARD OPERATING PROCEDURE</w:t>
      </w:r>
    </w:p>
    <w:p>
      <w:pPr>
        <w:spacing w:after="40"/>
      </w:pPr>
      <w:r>
        <w:t>Event: [Seminar / Workshop / FDP / Conference] "[EVENT TITLE]" · [INSTITUTION NAME] · Target date: [DATE]</w:t>
      </w:r>
    </w:p>
    <w:p>
      <w:pPr>
        <w:spacing w:after="40"/>
      </w:pPr>
    </w:p>
    <w:p>
      <w:pPr>
        <w:spacing w:after="40"/>
      </w:pPr>
      <w:r>
        <w:t>Step 1 — Proposal: prepare the seminar proposal (title, theme "[THEME]", rationale, objectives, target participants, tentative date/venue/mode, proposed resource persons, budget estimate) and submit to HoD / IQAC / Principal. Obtain written approval before anything else.</w:t>
      </w:r>
    </w:p>
    <w:p>
      <w:pPr>
        <w:spacing w:after="40"/>
      </w:pPr>
      <w:r>
        <w:t>Step 2 — Date, venue and mode: verify the academic calendar; select venue by capacity, accessibility and AV/ICT readiness; fix offline / online / hybrid mode.</w:t>
      </w:r>
    </w:p>
    <w:p>
      <w:pPr>
        <w:spacing w:after="40"/>
      </w:pPr>
      <w:r>
        <w:t>Step 3 — Theme and sub-themes: align the theme with curriculum, emerging research and NAAC benchmarks; define sub-themes for technical sessions, papers and panels.</w:t>
      </w:r>
    </w:p>
    <w:p>
      <w:pPr>
        <w:spacing w:after="40"/>
      </w:pPr>
      <w:r>
        <w:t>Step 4 — Objectives and outcomes: state measurable outcomes (expected participation, feedback quality, academic impact).</w:t>
      </w:r>
    </w:p>
    <w:p>
      <w:pPr>
        <w:spacing w:after="40"/>
      </w:pPr>
      <w:r>
        <w:t>Step 5 — Budget: prepare head-wise estimate (honorarium and TA/DA, printing, publicity, digital platform, hospitality, contingency) and obtain financial sanction.</w:t>
      </w:r>
    </w:p>
    <w:p>
      <w:pPr>
        <w:spacing w:after="40"/>
      </w:pPr>
      <w:r>
        <w:t>Step 6 — Committees: constitute the Organizing Committee and IQAC sub-committee by written order, with roles and responsibilities documented.</w:t>
      </w:r>
    </w:p>
    <w:p>
      <w:pPr>
        <w:spacing w:after="40"/>
      </w:pPr>
      <w:r>
        <w:t>Step 7 — Resource persons: identify experts; assign roles (Keynote, Expert Speaker, Session Chair / Panelist); communicate topic, schedule and logistics.</w:t>
      </w:r>
    </w:p>
    <w:p>
      <w:pPr>
        <w:spacing w:after="40"/>
      </w:pPr>
      <w:r>
        <w:t>Step 8 — Invitations: dispatch formal invitation letters with theme, schedule, assigned role and hospitality details; follow up for confirmations.</w:t>
      </w:r>
    </w:p>
    <w:p>
      <w:pPr>
        <w:spacing w:after="40"/>
      </w:pPr>
      <w:r>
        <w:t>Step 9 — Programme schedule: prepare the detailed schedule and the Event-Day Guide for organizers and volunteers.</w:t>
      </w:r>
    </w:p>
    <w:p>
      <w:pPr>
        <w:spacing w:after="40"/>
      </w:pPr>
      <w:r>
        <w:t>Step 10 — Publicity: brochure, posters, banners, standees; promotional video uploaded to YouTube; QR codes on invitations and print material.</w:t>
      </w:r>
    </w:p>
    <w:p>
      <w:pPr>
        <w:spacing w:after="40"/>
      </w:pPr>
      <w:r>
        <w:t>Step 11 — Website and registration: dedicated event page with theme, schedule and profiles; separate online/offline registration for participants, scholars and presenters.</w:t>
      </w:r>
    </w:p>
    <w:p>
      <w:pPr>
        <w:spacing w:after="40"/>
      </w:pPr>
      <w:r>
        <w:t>Step 12 — Seminar kits: checklist (schedule, notepad, pen, badge, feedback form); print and assemble.</w:t>
      </w:r>
    </w:p>
    <w:p>
      <w:pPr>
        <w:spacing w:after="40"/>
      </w:pPr>
      <w:r>
        <w:t>Step 13 — Venue readiness: inspect seating, AV, projector, microphones, internet; conduct a full rehearsal; prepare power / internet backup plan.</w:t>
      </w:r>
    </w:p>
    <w:p>
      <w:pPr>
        <w:spacing w:after="40"/>
      </w:pPr>
    </w:p>
    <w:p>
      <w:pPr>
        <w:spacing w:after="40"/>
      </w:pPr>
      <w:r>
        <w:t>Prepared by: [CONVENER NAME], Convener · Approved by: Principal / IQAC</w:t>
      </w:r>
    </w:p>
    <w:p>
      <w:r>
        <w:br w:type="page"/>
      </w:r>
    </w:p>
    <w:p>
      <w:pPr>
        <w:pStyle w:val="Heading2"/>
      </w:pPr>
      <w:r>
        <w:t>Event-Day Minute-wise Run Sheet</w:t>
      </w:r>
    </w:p>
    <w:p>
      <w:pPr>
        <w:spacing w:after="40"/>
      </w:pPr>
      <w:r>
        <w:t>EVENT-DAY RUN SHEET (MINUTE-WISE)</w:t>
      </w:r>
    </w:p>
    <w:p>
      <w:pPr>
        <w:spacing w:after="40"/>
      </w:pPr>
      <w:r>
        <w:t>Event: [Seminar / Workshop / FDP / Conference] "[EVENT TITLE]" · Date: [DATE] · Venue: ____________ · Mode: Offline / Online / Hybrid</w:t>
      </w:r>
    </w:p>
    <w:p>
      <w:pPr>
        <w:spacing w:after="40"/>
      </w:pPr>
    </w:p>
    <w:p>
      <w:pPr>
        <w:spacing w:after="40"/>
      </w:pPr>
      <w:r>
        <w:t>08:30–09:15  Venue setup, AV testing, stage arrangement, banner display — Logistics &amp; IT Team</w:t>
      </w:r>
    </w:p>
    <w:p>
      <w:pPr>
        <w:spacing w:after="40"/>
      </w:pPr>
      <w:r>
        <w:t>09:15–09:45  Registration and attendance verification — Registration Team</w:t>
      </w:r>
    </w:p>
    <w:p>
      <w:pPr>
        <w:spacing w:after="40"/>
      </w:pPr>
      <w:r>
        <w:t>09:45–10:00  Guest reception and briefing — Hospitality Team</w:t>
      </w:r>
    </w:p>
    <w:p>
      <w:pPr>
        <w:spacing w:after="40"/>
      </w:pPr>
      <w:r>
        <w:t>10:00–10:05  Opening slide / prayer / welcome note — Master of Ceremony</w:t>
      </w:r>
    </w:p>
    <w:p>
      <w:pPr>
        <w:spacing w:after="40"/>
      </w:pPr>
      <w:r>
        <w:t>10:05–10:10  Introduction of theme and objectives — Convener</w:t>
      </w:r>
    </w:p>
    <w:p>
      <w:pPr>
        <w:spacing w:after="40"/>
      </w:pPr>
      <w:r>
        <w:t>10:10–10:20  Inaugural address — Principal / Patron</w:t>
      </w:r>
    </w:p>
    <w:p>
      <w:pPr>
        <w:spacing w:after="40"/>
      </w:pPr>
      <w:r>
        <w:t>10:20–10:30  Guest introduction — Organizing Secretary</w:t>
      </w:r>
    </w:p>
    <w:p>
      <w:pPr>
        <w:spacing w:after="40"/>
      </w:pPr>
      <w:r>
        <w:t>10:30–11:15  Keynote Address — Keynote Speaker</w:t>
      </w:r>
    </w:p>
    <w:p>
      <w:pPr>
        <w:spacing w:after="40"/>
      </w:pPr>
      <w:r>
        <w:t>11:15–11:25  Question &amp; Answer — Session Chair</w:t>
      </w:r>
    </w:p>
    <w:p>
      <w:pPr>
        <w:spacing w:after="40"/>
      </w:pPr>
      <w:r>
        <w:t>11:25–11:40  Tea / refreshment break — Hospitality Team</w:t>
      </w:r>
    </w:p>
    <w:p>
      <w:pPr>
        <w:spacing w:after="40"/>
      </w:pPr>
      <w:r>
        <w:t>11:40–12:30  Expert lecture / special address — Resource Person</w:t>
      </w:r>
    </w:p>
    <w:p>
      <w:pPr>
        <w:spacing w:after="40"/>
      </w:pPr>
      <w:r>
        <w:t>12:30–12:45  Interaction / discussion — Session Chair</w:t>
      </w:r>
    </w:p>
    <w:p>
      <w:pPr>
        <w:spacing w:after="40"/>
      </w:pPr>
      <w:r>
        <w:t>12:45–13:30  Lunch break — Hospitality Team</w:t>
      </w:r>
    </w:p>
    <w:p>
      <w:pPr>
        <w:spacing w:after="40"/>
      </w:pPr>
      <w:r>
        <w:t>13:30–14:45  Technical Session I — paper presentations — Session Chair</w:t>
      </w:r>
    </w:p>
    <w:p>
      <w:pPr>
        <w:spacing w:after="40"/>
      </w:pPr>
      <w:r>
        <w:t>14:45–15:00  Tea break — Hospitality Team</w:t>
      </w:r>
    </w:p>
    <w:p>
      <w:pPr>
        <w:spacing w:after="40"/>
      </w:pPr>
      <w:r>
        <w:t>15:00–16:00  Technical Session II — paper presentations — Session Chair</w:t>
      </w:r>
    </w:p>
    <w:p>
      <w:pPr>
        <w:spacing w:after="40"/>
      </w:pPr>
      <w:r>
        <w:t>16:00–16:15  Open discussion / panel interaction — Moderator</w:t>
      </w:r>
    </w:p>
    <w:p>
      <w:pPr>
        <w:spacing w:after="40"/>
      </w:pPr>
      <w:r>
        <w:t>16:15–16:25  Feedback collection (QR / forms) — IQAC Team</w:t>
      </w:r>
    </w:p>
    <w:p>
      <w:pPr>
        <w:spacing w:after="40"/>
      </w:pPr>
      <w:r>
        <w:t>16:25–16:35  Valedictory address — Chief Guest</w:t>
      </w:r>
    </w:p>
    <w:p>
      <w:pPr>
        <w:spacing w:after="40"/>
      </w:pPr>
      <w:r>
        <w:t>16:35–16:40  Certificate / memento distribution — Organizing Team</w:t>
      </w:r>
    </w:p>
    <w:p>
      <w:pPr>
        <w:spacing w:after="40"/>
      </w:pPr>
      <w:r>
        <w:t>16:40–16:45  Vote of thanks — Organizing Secretary</w:t>
      </w:r>
    </w:p>
    <w:p>
      <w:pPr>
        <w:spacing w:after="40"/>
      </w:pPr>
      <w:r>
        <w:t>16:45–16:50  Conclusion and GROUP PHOTOGRAPH — Media Team</w:t>
      </w:r>
    </w:p>
    <w:p>
      <w:pPr>
        <w:spacing w:after="40"/>
      </w:pPr>
    </w:p>
    <w:p>
      <w:pPr>
        <w:spacing w:after="40"/>
      </w:pPr>
      <w:r>
        <w:t>NAAC compliance notes: maintain strict time discipline; photograph and video every major stage; attendance category-wise (students / faculty / scholars); feedback collected BEFORE the valedictory; group photograph is mandatory evidence.</w:t>
      </w:r>
    </w:p>
    <w:p>
      <w:pPr>
        <w:spacing w:after="40"/>
      </w:pPr>
      <w:r>
        <w:t>Backup plan: spare laptop, microphone, internet hotspot; printed schedule at registration desk; emergency contact list with logistics team.</w:t>
      </w:r>
    </w:p>
    <w:p>
      <w:r>
        <w:br w:type="page"/>
      </w:r>
    </w:p>
    <w:p>
      <w:pPr>
        <w:pStyle w:val="Heading2"/>
      </w:pPr>
      <w:r>
        <w:t>Post-Seminar SOP — Closure Checklist</w:t>
      </w:r>
    </w:p>
    <w:p>
      <w:pPr>
        <w:spacing w:after="40"/>
      </w:pPr>
      <w:r>
        <w:t>POST-SEMINAR STANDARD OPERATING PROCEDURE (NAAC-COMPLIANT)</w:t>
      </w:r>
    </w:p>
    <w:p>
      <w:pPr>
        <w:spacing w:after="40"/>
      </w:pPr>
      <w:r>
        <w:t>Event: [Seminar / Workshop / FDP / Conference] "[EVENT TITLE]" · [INSTITUTION NAME] · Held on: [DATE]</w:t>
      </w:r>
    </w:p>
    <w:p>
      <w:pPr>
        <w:spacing w:after="40"/>
      </w:pPr>
    </w:p>
    <w:p>
      <w:pPr>
        <w:spacing w:after="40"/>
      </w:pPr>
      <w:r>
        <w:t>Step 1 — Data compilation: finalize category-wise attendance; organize photographs and videos; verify all financial documents (quotations, bills, vouchers, payment proofs).</w:t>
      </w:r>
    </w:p>
    <w:p>
      <w:pPr>
        <w:spacing w:after="40"/>
      </w:pPr>
      <w:r>
        <w:t>Step 2 — Feedback analysis: compile responses; analyze satisfaction on academic content, resource persons and logistics; document suggestions; share findings with the IQAC.</w:t>
      </w:r>
    </w:p>
    <w:p>
      <w:pPr>
        <w:spacing w:after="40"/>
      </w:pPr>
      <w:r>
        <w:t>Step 3 — Certificates: generate for participants, resource persons and presenters; update the Certificate Issue Register (serial number, name, date, signature); retain distribution photographs.</w:t>
      </w:r>
    </w:p>
    <w:p>
      <w:pPr>
        <w:spacing w:after="40"/>
      </w:pPr>
      <w:r>
        <w:t>Step 4 — Financial closure: verify bills against approved quotations; complete payments; prepare the Final Expenditure Statement (approved budget vs actual, with variations); submit for audit.</w:t>
      </w:r>
    </w:p>
    <w:p>
      <w:pPr>
        <w:spacing w:after="40"/>
      </w:pPr>
      <w:r>
        <w:t>Step 5 — NAAC-compliant report, with sections:</w:t>
      </w:r>
    </w:p>
    <w:p>
      <w:pPr>
        <w:spacing w:after="40"/>
      </w:pPr>
      <w:r>
        <w:t xml:space="preserve">  A. Basic information (title, dates, venue, department, event type)</w:t>
      </w:r>
    </w:p>
    <w:p>
      <w:pPr>
        <w:spacing w:after="40"/>
      </w:pPr>
      <w:r>
        <w:t xml:space="preserve">  B. Objectives and theme  C. Resource persons (names, roles)</w:t>
      </w:r>
    </w:p>
    <w:p>
      <w:pPr>
        <w:spacing w:after="40"/>
      </w:pPr>
      <w:r>
        <w:t xml:space="preserve">  D. Programme and session summaries  E. Participation (category-wise counts)</w:t>
      </w:r>
    </w:p>
    <w:p>
      <w:pPr>
        <w:spacing w:after="40"/>
      </w:pPr>
      <w:r>
        <w:t xml:space="preserve">  F. Feedback summary  G. Documentation (captioned photos, video links)</w:t>
      </w:r>
    </w:p>
    <w:p>
      <w:pPr>
        <w:spacing w:after="40"/>
      </w:pPr>
      <w:r>
        <w:t xml:space="preserve">  H. Financial summary  I. Outcomes and recommendations</w:t>
      </w:r>
    </w:p>
    <w:p>
      <w:pPr>
        <w:spacing w:after="40"/>
      </w:pPr>
      <w:r>
        <w:t>Step 6 — Proceedings: compile the Proceedings Booklet (editorial note, abstracts/papers, session details); assign ISBN/ISSN if published; preserve soft and hard copies.</w:t>
      </w:r>
    </w:p>
    <w:p>
      <w:pPr>
        <w:spacing w:after="40"/>
      </w:pPr>
      <w:r>
        <w:t>Step 7 — Valedictory session report (optional evidence): highlights, concluding remarks, vote of thanks, photographs.</w:t>
      </w:r>
    </w:p>
    <w:p>
      <w:pPr>
        <w:spacing w:after="40"/>
      </w:pPr>
      <w:r>
        <w:t>Step 8 — Archiving: compile the complete seminar file (approvals, schedule, attendance, feedback, certificates, finances, report, proceedings); archive for AQAR/SSR, audits and benchmarking.</w:t>
      </w:r>
    </w:p>
    <w:p>
      <w:pPr>
        <w:spacing w:after="40"/>
      </w:pPr>
      <w:r>
        <w:t>Step 9 — Compliance check: verify against the NAAC Evidence Checklist; ensure every document is signed, dated and labelled; map outcomes to criteria and metrics.</w:t>
      </w:r>
    </w:p>
    <w:p>
      <w:pPr>
        <w:spacing w:after="40"/>
      </w:pPr>
    </w:p>
    <w:p>
      <w:pPr>
        <w:spacing w:after="40"/>
      </w:pPr>
      <w:r>
        <w:t>Verified by: [CONVENER NAME], Convener · Submitted to: Principal and IQAC</w:t>
      </w:r>
    </w:p>
    <w:p>
      <w:r>
        <w:br w:type="page"/>
      </w:r>
    </w:p>
    <w:p>
      <w:pPr>
        <w:pStyle w:val="Heading2"/>
      </w:pPr>
      <w:r>
        <w:t>Time-wise Responsibility Matrix</w:t>
      </w:r>
    </w:p>
    <w:p>
      <w:pPr>
        <w:spacing w:after="40"/>
      </w:pPr>
      <w:r>
        <w:t>TIME-WISE RESPONSIBILITY MATRIX (EVENT DAY)</w:t>
      </w:r>
    </w:p>
    <w:p>
      <w:pPr>
        <w:spacing w:after="40"/>
      </w:pPr>
      <w:r>
        <w:t>Event: [Seminar / Workshop / FDP / Conference] "[EVENT TITLE]" · [DATE]</w:t>
      </w:r>
    </w:p>
    <w:p>
      <w:pPr>
        <w:spacing w:after="40"/>
      </w:pPr>
    </w:p>
    <w:p>
      <w:pPr>
        <w:spacing w:after="40"/>
      </w:pPr>
      <w:r>
        <w:t>MORNING SESSION</w:t>
      </w:r>
    </w:p>
    <w:p>
      <w:pPr>
        <w:spacing w:after="40"/>
      </w:pPr>
      <w:r>
        <w:t>08:30–09:30  Hall &amp; stage setup — Technical Team Head (+ technical &amp; stage volunteers)</w:t>
      </w:r>
    </w:p>
    <w:p>
      <w:pPr>
        <w:spacing w:after="40"/>
      </w:pPr>
      <w:r>
        <w:t>09:30–10:00  Registration setup — Registration In-charge (+ registration volunteers)</w:t>
      </w:r>
    </w:p>
    <w:p>
      <w:pPr>
        <w:spacing w:after="40"/>
      </w:pPr>
      <w:r>
        <w:t>10:00–10:30  Participant registration — Registration In-charge (+ seating volunteers)</w:t>
      </w:r>
    </w:p>
    <w:p>
      <w:pPr>
        <w:spacing w:after="40"/>
      </w:pPr>
      <w:r>
        <w:t>10:30–10:45  Inaugural, management address, welcome — Stage In-charge (+ stage &amp; escort volunteers)</w:t>
      </w:r>
    </w:p>
    <w:p>
      <w:pPr>
        <w:spacing w:after="40"/>
      </w:pPr>
      <w:r>
        <w:t>10:45–11:15  Keynote address — Academic Coordinator (+ technical &amp; stage volunteers)</w:t>
      </w:r>
    </w:p>
    <w:p>
      <w:pPr>
        <w:spacing w:after="40"/>
      </w:pPr>
      <w:r>
        <w:t>11:15–11:45  Special speeches — Academic Coordinator (+ escort &amp; technical volunteers)</w:t>
      </w:r>
    </w:p>
    <w:p>
      <w:pPr>
        <w:spacing w:after="40"/>
      </w:pPr>
      <w:r>
        <w:t>11:45–13:00  Academic deliberation — Session Coordinator (+ technical &amp; seating volunteers)</w:t>
      </w:r>
    </w:p>
    <w:p>
      <w:pPr>
        <w:spacing w:after="40"/>
      </w:pPr>
      <w:r>
        <w:t>13:00–13:05  Vote of thanks — IQAC Chairperson (+ stage volunteers)</w:t>
      </w:r>
    </w:p>
    <w:p>
      <w:pPr>
        <w:spacing w:after="40"/>
      </w:pPr>
    </w:p>
    <w:p>
      <w:pPr>
        <w:spacing w:after="40"/>
      </w:pPr>
      <w:r>
        <w:t>LUNCH  13:05–14:00  Lunch arrangement — Hospitality In-charge (+ hospitality &amp; refreshment volunteers)</w:t>
      </w:r>
    </w:p>
    <w:p>
      <w:pPr>
        <w:spacing w:after="40"/>
      </w:pPr>
    </w:p>
    <w:p>
      <w:pPr>
        <w:spacing w:after="40"/>
      </w:pPr>
      <w:r>
        <w:t>AFTERNOON SESSION</w:t>
      </w:r>
    </w:p>
    <w:p>
      <w:pPr>
        <w:spacing w:after="40"/>
      </w:pPr>
      <w:r>
        <w:t>14:00–16:00  Paper presentations — Session Coordinator (+ technical &amp; escort volunteers)</w:t>
      </w:r>
    </w:p>
    <w:p>
      <w:pPr>
        <w:spacing w:after="40"/>
      </w:pPr>
      <w:r>
        <w:t>16:00–16:05  Vote of thanks — Faculty In-charge</w:t>
      </w:r>
    </w:p>
    <w:p>
      <w:pPr>
        <w:spacing w:after="40"/>
      </w:pPr>
      <w:r>
        <w:t>16:05–16:20  Valedictory — Academic Coordinator (+ stage &amp; escort volunteers)</w:t>
      </w:r>
    </w:p>
    <w:p>
      <w:pPr>
        <w:spacing w:after="40"/>
      </w:pPr>
      <w:r>
        <w:t>16:20–16:30  Photo session — Documentation In-charge (+ photography volunteers)</w:t>
      </w:r>
    </w:p>
    <w:p>
      <w:pPr>
        <w:spacing w:after="40"/>
      </w:pPr>
      <w:r>
        <w:t>16:30–17:00  Refreshment — Hospitality In-charge</w:t>
      </w:r>
    </w:p>
    <w:p>
      <w:pPr>
        <w:spacing w:after="40"/>
      </w:pPr>
    </w:p>
    <w:p>
      <w:pPr>
        <w:spacing w:after="40"/>
      </w:pPr>
      <w:r>
        <w:t>POST-EVENT</w:t>
      </w:r>
    </w:p>
    <w:p>
      <w:pPr>
        <w:spacing w:after="40"/>
      </w:pPr>
      <w:r>
        <w:t>17:00–17:30  Certificate final check — Registration In-charge</w:t>
      </w:r>
    </w:p>
    <w:p>
      <w:pPr>
        <w:spacing w:after="40"/>
      </w:pPr>
      <w:r>
        <w:t>17:30–18:00  Equipment return — Technical In-charge</w:t>
      </w:r>
    </w:p>
    <w:p>
      <w:pPr>
        <w:spacing w:after="40"/>
      </w:pPr>
      <w:r>
        <w:t>Same day     Attendance compilation — IQAC Team</w:t>
      </w:r>
    </w:p>
    <w:p>
      <w:pPr>
        <w:spacing w:after="40"/>
      </w:pPr>
      <w:r>
        <w:t>Next day     Report &amp; documentation — Seminar Convener ([CONVENER NAME])</w:t>
      </w:r>
    </w:p>
    <w:p>
      <w:r>
        <w:br w:type="page"/>
      </w:r>
    </w:p>
    <w:p>
      <w:pPr>
        <w:pStyle w:val="Heading2"/>
      </w:pPr>
      <w:r>
        <w:t>Volunteer Duty Card (10 Roles)</w:t>
      </w:r>
    </w:p>
    <w:p>
      <w:pPr>
        <w:spacing w:after="40"/>
      </w:pPr>
      <w:r>
        <w:t>VOLUNTEER DUTY CARD — TEMPLATE</w:t>
      </w:r>
    </w:p>
    <w:p>
      <w:pPr>
        <w:spacing w:after="40"/>
      </w:pPr>
      <w:r>
        <w:t>Event: [Seminar / Workshop / FDP / Conference] "[EVENT TITLE]" · [DATE] · [INSTITUTION NAME]</w:t>
      </w:r>
    </w:p>
    <w:p>
      <w:pPr>
        <w:spacing w:after="40"/>
      </w:pPr>
    </w:p>
    <w:p>
      <w:pPr>
        <w:spacing w:after="40"/>
      </w:pPr>
      <w:r>
        <w:t>ROLE: ______________________  |  VENUE / STATION: ______________________</w:t>
      </w:r>
    </w:p>
    <w:p>
      <w:pPr>
        <w:spacing w:after="40"/>
      </w:pPr>
      <w:r>
        <w:t>REPORTING TIME: ____________  |  IN-CHARGE (phone): ____________________</w:t>
      </w:r>
    </w:p>
    <w:p>
      <w:pPr>
        <w:spacing w:after="40"/>
      </w:pPr>
    </w:p>
    <w:p>
      <w:pPr>
        <w:spacing w:after="40"/>
      </w:pPr>
      <w:r>
        <w:t>YOUR DUTIES:</w:t>
      </w:r>
    </w:p>
    <w:p>
      <w:pPr>
        <w:spacing w:after="40"/>
      </w:pPr>
      <w:r>
        <w:t>1. ____________________  2. ____________________</w:t>
      </w:r>
    </w:p>
    <w:p>
      <w:pPr>
        <w:spacing w:after="40"/>
      </w:pPr>
      <w:r>
        <w:t>3. ____________________  4. ____________________</w:t>
      </w:r>
    </w:p>
    <w:p>
      <w:pPr>
        <w:spacing w:after="40"/>
      </w:pPr>
      <w:r>
        <w:t>IMPORTANT: stay at your station until replaced; report every issue to your In-charge; be polite and punctual.</w:t>
      </w:r>
    </w:p>
    <w:p>
      <w:pPr>
        <w:spacing w:after="40"/>
      </w:pPr>
    </w:p>
    <w:p>
      <w:pPr>
        <w:spacing w:after="40"/>
      </w:pPr>
      <w:r>
        <w:t>STANDARD ROLES AND STATIONS (with typical strength):</w:t>
      </w:r>
    </w:p>
    <w:p>
      <w:pPr>
        <w:spacing w:after="40"/>
      </w:pPr>
      <w:r>
        <w:t>1. Registration Desk (3) — entrance/lobby: registration, attendance, badges, kit distribution</w:t>
      </w:r>
    </w:p>
    <w:p>
      <w:pPr>
        <w:spacing w:after="40"/>
      </w:pPr>
      <w:r>
        <w:t>2. Stage Assistance (2) — stage &amp; podium: mic handling, speaker coordination</w:t>
      </w:r>
    </w:p>
    <w:p>
      <w:pPr>
        <w:spacing w:after="40"/>
      </w:pPr>
      <w:r>
        <w:t>3. Technical Support (2) — hall: projector, laptop, sound, PPT support (reporting 08:30)</w:t>
      </w:r>
    </w:p>
    <w:p>
      <w:pPr>
        <w:spacing w:after="40"/>
      </w:pPr>
      <w:r>
        <w:t>4. Hospitality (3) — guest area: welcome, water/tea, lunch coordination</w:t>
      </w:r>
    </w:p>
    <w:p>
      <w:pPr>
        <w:spacing w:after="40"/>
      </w:pPr>
      <w:r>
        <w:t>5. Speaker Escort (2) — campus: escort speakers, time reminders</w:t>
      </w:r>
    </w:p>
    <w:p>
      <w:pPr>
        <w:spacing w:after="40"/>
      </w:pPr>
      <w:r>
        <w:t>6. Certificate Distribution (2) — stage: order certificates, name calling</w:t>
      </w:r>
    </w:p>
    <w:p>
      <w:pPr>
        <w:spacing w:after="40"/>
      </w:pPr>
      <w:r>
        <w:t>7. Discipline &amp; Seating (3) — hall: seating, crowd control, silence</w:t>
      </w:r>
    </w:p>
    <w:p>
      <w:pPr>
        <w:spacing w:after="40"/>
      </w:pPr>
      <w:r>
        <w:t>8. Photography &amp; Documentation (2) — hall &amp; stage: photos, video, backup after event; never miss the inaugural and valedictory</w:t>
      </w:r>
    </w:p>
    <w:p>
      <w:pPr>
        <w:spacing w:after="40"/>
      </w:pPr>
      <w:r>
        <w:t>9. Refreshment Management (2) — canteen: tea/lunch service, queues (reporting 12:30)</w:t>
      </w:r>
    </w:p>
    <w:p>
      <w:pPr>
        <w:spacing w:after="40"/>
      </w:pPr>
      <w:r>
        <w:t>10. Emergency &amp; Help Desk (1) — central: first aid, emergency contacts, queries</w:t>
      </w:r>
    </w:p>
    <w:p>
      <w:pPr>
        <w:spacing w:after="40"/>
      </w:pPr>
    </w:p>
    <w:p>
      <w:pPr>
        <w:spacing w:after="40"/>
      </w:pPr>
      <w:r>
        <w:t>Volunteers report 30 minutes before duty and receive Certificates of Appreciation after the event.</w:t>
      </w:r>
    </w:p>
    <w:p>
      <w:r>
        <w:br w:type="page"/>
      </w:r>
    </w:p>
    <w:p>
      <w:pPr>
        <w:pStyle w:val="Heading2"/>
      </w:pPr>
      <w:r>
        <w:t>Inaugural Ceremony Protocol</w:t>
      </w:r>
    </w:p>
    <w:p>
      <w:r>
        <w:t>INAUGURAL CEREMONY PROTOCOL</w:t>
      </w:r>
    </w:p>
    <w:p>
      <w:r>
        <w:t>[Seminar / Workshop / FDP] on "[THEME]" · [INSTITUTION NAME] · [DATE] · Inaugural session begins [TIME]</w:t>
      </w:r>
    </w:p>
    <w:p>
      <w:r>
        <w:t>Presiding: [PRINCIPAL NAME], Principal · Convener: [CONVENER NAME] · Master of Ceremonies: ____________</w:t>
      </w:r>
    </w:p>
    <w:p/>
    <w:p>
      <w:r>
        <w:t>A. ORDER OF CEREMONY (minute-wise, 45–55 minutes)</w:t>
      </w:r>
    </w:p>
    <w:p>
      <w:r>
        <w:t>00:00  Guests seated; dignitaries received at the entrance by the Principal, Convener and two escort volunteers; escorted to the guest lounge, then to the dais (Escort Team)</w:t>
      </w:r>
    </w:p>
    <w:p>
      <w:r>
        <w:t>00:05  Dais occupied in order of precedence (see B); MC announces the start; institutional prayer / invocation song (2–3 min)</w:t>
      </w:r>
    </w:p>
    <w:p>
      <w:r>
        <w:t>00:10  Lighting of the ceremonial lamp — Chief Guest first, then Guest of Honour, Keynote Speaker, President (Principal), Convener; photograph each dignitary at the lamp (Media Team)</w:t>
      </w:r>
    </w:p>
    <w:p>
      <w:r>
        <w:t>00:14  Welcome address — Convener / Head of the organizing department (3–4 min): welcome each dignitary by name and designation in order of precedence</w:t>
      </w:r>
    </w:p>
    <w:p>
      <w:r>
        <w:t>00:18  Felicitation — memento, angavastram / uttariya and bouquet to each dignitary, presented by the Principal and the IQAC Coordinator; MC reads a two-line citation for each (5–6 min)</w:t>
      </w:r>
    </w:p>
    <w:p>
      <w:r>
        <w:t>00:24  Introduction of the theme and the event — Organizing Secretary (3–4 min): objectives, sub-themes, structure of the day, NAAC criterion the event serves</w:t>
      </w:r>
    </w:p>
    <w:p>
      <w:r>
        <w:t>00:28  Release of the souvenir / proceedings / abstract book (if any) — all dignitaries together, one photograph (2 min)</w:t>
      </w:r>
    </w:p>
    <w:p>
      <w:r>
        <w:t>00:30  Address by the Guest of Honour (5–6 min)</w:t>
      </w:r>
    </w:p>
    <w:p>
      <w:r>
        <w:t>00:36  Inaugural address — Chief Guest (10–12 min); the Chief Guest formally declares the [Seminar / Workshop / FDP] open</w:t>
      </w:r>
    </w:p>
    <w:p>
      <w:r>
        <w:t>00:48  Presidential address — [PRINCIPAL NAME], Principal (4–5 min)</w:t>
      </w:r>
    </w:p>
    <w:p>
      <w:r>
        <w:t>00:53  Vote of thanks — IQAC Coordinator / Joint Convener (2–3 min): thank dignitaries in reverse order of precedence, then sponsors, committee, volunteers, participants</w:t>
      </w:r>
    </w:p>
    <w:p>
      <w:r>
        <w:t>00:56  National Anthem (if the institution's practice); dignitaries escorted to the lounge for tea; group photograph on the dais with the banner in frame (Media Team)</w:t>
      </w:r>
    </w:p>
    <w:p>
      <w:r>
        <w:t>Tea break 15 min → Keynote / Technical Session I begins as per the programme schedule.</w:t>
      </w:r>
    </w:p>
    <w:p/>
    <w:p>
      <w:r>
        <w:t>B. DAIS AND ORDER OF PRECEDENCE</w:t>
      </w:r>
    </w:p>
    <w:p>
      <w:r>
        <w:t>Seating (audience view, left to right): Convener · Guest of Honour · CHIEF GUEST (centre-right of the President) · PRESIDENT / Principal (centre) · Keynote Speaker · IQAC Coordinator</w:t>
      </w:r>
    </w:p>
    <w:p>
      <w:r>
        <w:t>- The President of the session (Principal, or the Chairperson of the Governing Body if present) sits at the centre; the Chief Guest sits to the President's right; the Guest of Honour to the President's left.</w:t>
      </w:r>
    </w:p>
    <w:p>
      <w:r>
        <w:t>- Speaking order runs from junior to senior: Welcome → Theme → Guest of Honour → Chief Guest → Presidential address. The Chief Guest never speaks before the Guest of Honour.</w:t>
      </w:r>
    </w:p>
    <w:p>
      <w:r>
        <w:t>- Name boards on the dais table, printed both sides; a water glass and a copy of the programme at each seat; a lectern with a working microphone on the audience's left of the dais.</w:t>
      </w:r>
    </w:p>
    <w:p>
      <w:r>
        <w:t>- Forms of address: "Honourable Chief Guest ...", "Respected Principal ..." — the MC and every speaker use the full name and designation on first mention, and confirm pronunciation with the escort beforehand.</w:t>
      </w:r>
    </w:p>
    <w:p>
      <w:r>
        <w:t>- If a Government / University dignitary attends, follow the official Warrant of Precedence for seating and the order of the lamp lighting.</w:t>
      </w:r>
    </w:p>
    <w:p/>
    <w:p>
      <w:r>
        <w:t>C. ROLES AND CUES</w:t>
      </w:r>
    </w:p>
    <w:p>
      <w:r>
        <w:t>Master of Ceremonies: holds the minute-wise sheet above, announces every item, keeps each speaker to time with a discreet card at −1 minute; never improvises names or designations.</w:t>
      </w:r>
    </w:p>
    <w:p>
      <w:r>
        <w:t>Escort Team (2 volunteers per dignitary): receive at the gate, guide to the lounge and the dais, hold the memento tray, guide to tea after the session.</w:t>
      </w:r>
    </w:p>
    <w:p>
      <w:r>
        <w:t>Stage Team: lamp, wicks, oil, matchbox and a tray ready 30 minutes before; mementos arranged in presentation order; souvenir copies on the table; check every microphone at −20 minutes.</w:t>
      </w:r>
    </w:p>
    <w:p>
      <w:r>
        <w:t>Media Team: mandatory shots — arrival, lamp lighting (each dignitary), each address at the lectern, felicitation, souvenir release, dais group photograph with banner; one continuous video of the ceremony.</w:t>
      </w:r>
    </w:p>
    <w:p>
      <w:r>
        <w:t>Registration Desk: closes counting of dignitaries' and participants' attendance before the ceremony starts; hands the count to the Organizing Secretary for the theme address.</w:t>
      </w:r>
    </w:p>
    <w:p/>
    <w:p>
      <w:r>
        <w:t>D. READINESS CHECKLIST (tick before the doors open)</w:t>
      </w:r>
    </w:p>
    <w:p>
      <w:r>
        <w:t>[ ] Dais name boards match the final list of dignitaries and their designations</w:t>
      </w:r>
    </w:p>
    <w:p>
      <w:r>
        <w:t>[ ] Banner with title, [Seminar / Workshop / FDP] level, date and institution name behind the dais, readable in photographs</w:t>
      </w:r>
    </w:p>
    <w:p>
      <w:r>
        <w:t>[ ] Lamp, mementos, bouquets, angavastram counted against the dignitary list (+1 spare each)</w:t>
      </w:r>
    </w:p>
    <w:p>
      <w:r>
        <w:t>[ ] Programme schedule slide on screen; PA system, lectern mic and lapel mic tested</w:t>
      </w:r>
    </w:p>
    <w:p>
      <w:r>
        <w:t>[ ] Citations for felicitation typed and with the MC; pronunciation of every name confirmed</w:t>
      </w:r>
    </w:p>
    <w:p>
      <w:r>
        <w:t>[ ] Photographer briefed with the shot list; video camera positioned with a clear view of the lamp and the lectern</w:t>
      </w:r>
    </w:p>
    <w:p>
      <w:r>
        <w:t>[ ] Escort volunteers at the gate 30 minutes before the dignitaries' arrival time</w:t>
      </w:r>
    </w:p>
    <w:p>
      <w:r>
        <w:t>[ ] Guest lounge ready: water, tea, the day's programme, a copy of the concept note</w:t>
      </w:r>
    </w:p>
    <w:p>
      <w:r>
        <w:t>[ ] Emergency contact list and first-aid kit with the Help Desk</w:t>
      </w:r>
    </w:p>
    <w:p/>
    <w:p>
      <w:r>
        <w:t>Prepared by: [CONVENER NAME], Convener · Approved by: [PRINCIPAL NAME], Principal · Date: ____________</w:t>
      </w:r>
    </w:p>
    <w:p>
      <w:r>
        <w:t>NAAC Note: the inaugural session is the most photographed evidence of the event — the lamp-lighting, dais and banner photographs filed under Event_Day_Photographs are what a peer team looks for first.</w:t>
      </w:r>
    </w:p>
    <w:p>
      <w:pPr>
        <w:pStyle w:val="Heading2"/>
      </w:pPr>
      <w:r>
        <w:t>Volunteer Assignment, Duty &amp; Timing Protocol</w:t>
      </w:r>
    </w:p>
    <w:p>
      <w:r>
        <w:t>VOLUNTEER ASSIGNMENT, DUTY &amp; TIMING PROTOCOL</w:t>
      </w:r>
    </w:p>
    <w:p>
      <w:r>
        <w:t>[Seminar / Workshop / FDP] on "[THEME]" · [INSTITUTION NAME] · [DATE] · Programme begins [TIME]</w:t>
      </w:r>
    </w:p>
    <w:p>
      <w:r>
        <w:t>Volunteer In-charge (faculty): ____________ (phone ____________) · Convener: [CONVENER NAME] · Approved by: [PRINCIPAL NAME], Principal</w:t>
      </w:r>
    </w:p>
    <w:p/>
    <w:p>
      <w:r>
        <w:t>A. ASSIGNMENT ROSTER (one line per volunteer — fill before the briefing)</w:t>
      </w:r>
    </w:p>
    <w:p>
      <w:r>
        <w:t>Sl | Name | Class / Dept | Phone | Station (see B) | Shift (see C) | Faculty Supervisor | Signature at briefing</w:t>
      </w:r>
    </w:p>
    <w:p>
      <w:r>
        <w:t>1  | __________________ | ________ | __________ | ______________ | ______ | ______________ | __________</w:t>
      </w:r>
    </w:p>
    <w:p>
      <w:r>
        <w:t>2  | __________________ | ________ | __________ | ______________ | ______ | ______________ | __________</w:t>
      </w:r>
    </w:p>
    <w:p>
      <w:r>
        <w:t>3  | __________________ | ________ | __________ | ______________ | ______ | ______________ | __________</w:t>
      </w:r>
    </w:p>
    <w:p>
      <w:r>
        <w:t>4  | __________________ | ________ | __________ | ______________ | ______ | ______________ | __________</w:t>
      </w:r>
    </w:p>
    <w:p>
      <w:r>
        <w:t>5  | __________________ | ________ | __________ | ______________ | ______ | ______________ | __________</w:t>
      </w:r>
    </w:p>
    <w:p>
      <w:r>
        <w:t>6  | __________________ | ________ | __________ | ______________ | ______ | ______________ | __________</w:t>
      </w:r>
    </w:p>
    <w:p>
      <w:r>
        <w:t>7  | __________________ | ________ | __________ | ______________ | ______ | ______________ | __________</w:t>
      </w:r>
    </w:p>
    <w:p>
      <w:r>
        <w:t>8  | __________________ | ________ | __________ | ______________ | ______ | ______________ | __________</w:t>
      </w:r>
    </w:p>
    <w:p>
      <w:r>
        <w:t>(continue on the reverse; typical strength for a 100-seat seminar is 20–24 volunteers across the ten stations)</w:t>
      </w:r>
    </w:p>
    <w:p/>
    <w:p>
      <w:r>
        <w:t>B. STATIONS, STRENGTH AND DUTIES</w:t>
      </w:r>
    </w:p>
    <w:p>
      <w:r>
        <w:t>1. Registration Desk (3) — entrance: registration, category-wise attendance sheets, badges, kit distribution; hand the attendance count to the Organizing Secretary before the inaugural.</w:t>
      </w:r>
    </w:p>
    <w:p>
      <w:r>
        <w:t>2. Stage Assistance (2) — stage and podium: mic handover, water for speakers, memento tray, lamp and wicks, name boards in order of precedence.</w:t>
      </w:r>
    </w:p>
    <w:p>
      <w:r>
        <w:t>3. Technical Support (2) — hall: projector, laptop, sound, presentation files loaded in session order, spare laptop and hotspot.</w:t>
      </w:r>
    </w:p>
    <w:p>
      <w:r>
        <w:t>4. Hospitality (3) — guest area: welcome, water and tea for dignitaries, lunch coordination with the caterer.</w:t>
      </w:r>
    </w:p>
    <w:p>
      <w:r>
        <w:t>5. Speaker Escort (2 per dignitary) — gate to lounge to dais: receive, escort, time reminders, escort to tea.</w:t>
      </w:r>
    </w:p>
    <w:p>
      <w:r>
        <w:t>6. Certificate Distribution (2) — stage side: certificates sorted alphabetically, name calling, spare blanks.</w:t>
      </w:r>
    </w:p>
    <w:p>
      <w:r>
        <w:t>7. Discipline &amp; Seating (3) — hall: seating by category, silence, mobile-phone reminders, aisle clear for photography.</w:t>
      </w:r>
    </w:p>
    <w:p>
      <w:r>
        <w:t>8. Photography &amp; Documentation (2) — hall and stage: the mandatory shot list, video, backup of files before leaving.</w:t>
      </w:r>
    </w:p>
    <w:p>
      <w:r>
        <w:t>9. Refreshment Management (2) — canteen / tea point: queues, service timing, plates and waste.</w:t>
      </w:r>
    </w:p>
    <w:p>
      <w:r>
        <w:t>10. Emergency &amp; Help Desk (1) — central: first-aid kit, emergency contact list, lost-and-found, queries.</w:t>
      </w:r>
    </w:p>
    <w:p/>
    <w:p>
      <w:r>
        <w:t>C. TIMING PROTOCOL (adjust to the Programme Schedule Circular; times below assume a [TIME] start)</w:t>
      </w:r>
    </w:p>
    <w:p>
      <w:r>
        <w:t>Day before, 15:00  Briefing of all volunteers by the Volunteer In-charge: stations, duty cards issued, walk-through of the venue, dress code (institution ID, formal dress, no flip-flops), phones on silent (Sign column A)</w:t>
      </w:r>
    </w:p>
    <w:p>
      <w:r>
        <w:t>08:00  Shift 1 reports — Registration, Technical, Stage, Discipline, Help Desk; stations set up and checked by 08:30</w:t>
      </w:r>
    </w:p>
    <w:p>
      <w:r>
        <w:t>08:30  Escort volunteers at the gate; Hospitality at the guest lounge; Photography positioned</w:t>
      </w:r>
    </w:p>
    <w:p>
      <w:r>
        <w:t>09:00  Registration opens; Discipline &amp; Seating guide participants by category</w:t>
      </w:r>
    </w:p>
    <w:p>
      <w:r>
        <w:t>09:45  Registration count handed over; Stage team confirms lamp, mementos, name boards; Technical confirms the first presentation is loaded</w:t>
      </w:r>
    </w:p>
    <w:p>
      <w:r>
        <w:t>10:00  Inaugural session — all stations at post; no volunteer leaves a station without a replacement</w:t>
      </w:r>
    </w:p>
    <w:p>
      <w:r>
        <w:t>11:15  Tea — Refreshment and Hospitality active; Shift 2 relieves Registration and Discipline (10-minute handover at the station, not in the corridor)</w:t>
      </w:r>
    </w:p>
    <w:p>
      <w:r>
        <w:t>13:00  Lunch — Refreshment, Hospitality and Discipline active; other stations break in two halves so every post stays manned</w:t>
      </w:r>
    </w:p>
    <w:p>
      <w:r>
        <w:t>14:00  Afternoon sessions — Technical and Stage on post; Certificate team sorts certificates against the attendance list</w:t>
      </w:r>
    </w:p>
    <w:p>
      <w:r>
        <w:t>16:15  Feedback collection — Discipline &amp; Seating hand out and collect forms / display the QR before the valedictory</w:t>
      </w:r>
    </w:p>
    <w:p>
      <w:r>
        <w:t>16:30  Valedictory — Certificate team on stage side; Photography ready for the group photograph</w:t>
      </w:r>
    </w:p>
    <w:p>
      <w:r>
        <w:t>17:00  Close — equipment return (Technical), hall reset (Discipline), attendance sheets and feedback forms to the IQAC Team (Registration), photo backup (Photography); Volunteer In-charge signs out every volunteer</w:t>
      </w:r>
    </w:p>
    <w:p/>
    <w:p>
      <w:r>
        <w:t>D. RULES OF DUTY</w:t>
      </w:r>
    </w:p>
    <w:p>
      <w:r>
        <w:t>- Report 30 minutes before the shift; sign in and out with the Volunteer In-charge — attendance on duty is the record for the Certificate of Appreciation.</w:t>
      </w:r>
    </w:p>
    <w:p>
      <w:r>
        <w:t>- Stay at the station until relieved; a handover is face-to-face at the station with the duty card passed on.</w:t>
      </w:r>
    </w:p>
    <w:p>
      <w:r>
        <w:t>- Report every problem to the Faculty Supervisor named on your line of the roster, not to the dais or the guests.</w:t>
      </w:r>
    </w:p>
    <w:p>
      <w:r>
        <w:t>- Address every guest as Sir / Madam; never photograph dignitaries with a personal phone; no food or drink at the station.</w:t>
      </w:r>
    </w:p>
    <w:p>
      <w:r>
        <w:t>- Emergency: alert the Help Desk first, then the Faculty Supervisor; the emergency contact list is at the Help Desk and the Registration Desk.</w:t>
      </w:r>
    </w:p>
    <w:p/>
    <w:p>
      <w:r>
        <w:t>E. SUPERVISION CHAIN</w:t>
      </w:r>
    </w:p>
    <w:p>
      <w:r>
        <w:t>Volunteer → Faculty Supervisor of the station → Volunteer In-charge → Organizing Secretary / [CONVENER NAME], Convener → [PRINCIPAL NAME], Principal</w:t>
      </w:r>
    </w:p>
    <w:p/>
    <w:p>
      <w:r>
        <w:t>F. AFTER THE EVENT</w:t>
      </w:r>
    </w:p>
    <w:p>
      <w:r>
        <w:t>Volunteer In-charge compiles the signed roster, marks the volunteers who completed both shifts, and forwards the list for Certificates of Appreciation within 3 working days; the roster is filed under the Committee and Volunteer records in the NAAC evidence folder (supports Criterion V, Student Support &amp; Progression).</w:t>
      </w:r>
    </w:p>
    <w:p/>
    <w:p>
      <w:r>
        <w:t>Prepared by: Volunteer In-charge ____________ · Verified by: [CONVENER NAME], Convener · Date: ____________</w:t>
      </w:r>
    </w:p>
    <w:p>
      <w:pPr>
        <w:pStyle w:val="Heading2"/>
      </w:pPr>
      <w:r>
        <w:t>Chief Guest &amp; Speaker Hospitality Protocol</w:t>
      </w:r>
    </w:p>
    <w:p>
      <w:r>
        <w:t>CHIEF GUEST &amp; SPEAKER HOSPITALITY PROTOCOL</w:t>
      </w:r>
    </w:p>
    <w:p>
      <w:r>
        <w:t>[Seminar / Workshop / FDP] on "[THEME]" · [INSTITUTION NAME] · [DATE] · Programme begins [TIME]</w:t>
      </w:r>
    </w:p>
    <w:p>
      <w:r>
        <w:t>Hospitality In-charge (faculty): ____________ (phone ____________) · Convener: [CONVENER NAME] · Approved by: [PRINCIPAL NAME], Principal</w:t>
      </w:r>
    </w:p>
    <w:p/>
    <w:p>
      <w:r>
        <w:t>A. GUEST REGISTER (one line per dignitary and resource person)</w:t>
      </w:r>
    </w:p>
    <w:p>
      <w:r>
        <w:t>Sl | Name &amp; designation | Role (Chief Guest / Guest of Honour / Keynote / Resource Person) | Arriving from | Mode &amp; arrival time | Escort volunteers (2) | Dietary / access needs | Honorarium &amp; TA/DA as approved</w:t>
      </w:r>
    </w:p>
    <w:p>
      <w:r>
        <w:t>1  | ______________________ | ______________ | ____________ | ____________ | ______________ | ______________ | ______________</w:t>
      </w:r>
    </w:p>
    <w:p>
      <w:r>
        <w:t>2  | ______________________ | ______________ | ____________ | ____________ | ______________ | ______________ | ______________</w:t>
      </w:r>
    </w:p>
    <w:p>
      <w:r>
        <w:t>3  | ______________________ | ______________ | ____________ | ____________ | ______________ | ______________ | ______________</w:t>
      </w:r>
    </w:p>
    <w:p>
      <w:r>
        <w:t>4  | ______________________ | ______________ | ____________ | ____________ | ______________ | ______________ | ______________</w:t>
      </w:r>
    </w:p>
    <w:p/>
    <w:p>
      <w:r>
        <w:t>B. BEFORE THE DAY (D−14 to D−1)</w:t>
      </w:r>
    </w:p>
    <w:p>
      <w:r>
        <w:t>D−14  Confirmation call to each guest: date, venue, session time and duration, travel plan, dietary and accessibility needs, bio-note and photograph for the brochure, presentation file if any (Hospitality In-charge)</w:t>
      </w:r>
    </w:p>
    <w:p>
      <w:r>
        <w:t>D−10  Travel booked as approved in the Resource Person Approval — tickets sent to the guest; accommodation booked for out-station guests (check-in the evening before, check-out after the session), hotel name and contact shared</w:t>
      </w:r>
    </w:p>
    <w:p>
      <w:r>
        <w:t>D−7   Airport / station pick-up and drop assigned to a named driver and a faculty member; vehicle number and driver's phone sent to the guest</w:t>
      </w:r>
    </w:p>
    <w:p>
      <w:r>
        <w:t>D−3   Honorarium cheque / transfer prepared with the receipt form; memento, angavastram and bouquet counted against the register (+1 spare); name boards printed</w:t>
      </w:r>
    </w:p>
    <w:p>
      <w:r>
        <w:t>D−1   Reminder message with the day's programme, venue map, contact number of the escort; hotel room checked (water, fruit, tea kit, the programme, the concept note); guest lounge prepared</w:t>
      </w:r>
    </w:p>
    <w:p/>
    <w:p>
      <w:r>
        <w:t>C. ON THE DAY — RECEPTION TO DEPARTURE</w:t>
      </w:r>
    </w:p>
    <w:p>
      <w:r>
        <w:t>Arrival   Received at the gate by the Principal (Chief Guest) or the Convener (others) with the two escort volunteers; bouquet; escorted to the guest lounge — never left waiting at the entrance or in the hall</w:t>
      </w:r>
    </w:p>
    <w:p>
      <w:r>
        <w:t>Lounge    Tea, water and light refreshment within 5 minutes; the day's programme and the seating plan shown; presentation file handed to the Technical Team and tested in the guest's presence; washroom and prayer / rest requirements checked</w:t>
      </w:r>
    </w:p>
    <w:p>
      <w:r>
        <w:t>Dais      Escorted to the dais 5 minutes before the session; seating as per the order of precedence in the Inaugural Ceremony Protocol; name board, water, programme at the seat; lapel mic fitted by the Stage Team</w:t>
      </w:r>
    </w:p>
    <w:p>
      <w:r>
        <w:t>Session   Escort volunteer seated at the front-side within sight of the guest for water, papers and time cards; no guest is approached on the dais by anyone other than the MC or the escort</w:t>
      </w:r>
    </w:p>
    <w:p>
      <w:r>
        <w:t>Meals     Tea and lunch served in the guest lounge or a reserved table — a faculty member at the table at all times; dietary notes from the register followed; guests are served first</w:t>
      </w:r>
    </w:p>
    <w:p>
      <w:r>
        <w:t>Honorarium  Presented in a sealed envelope with the receipt form, in the lounge — never on the dais or in public; TA/DA reimbursed against the vouchers listed in the Resource Person Approval</w:t>
      </w:r>
    </w:p>
    <w:p>
      <w:r>
        <w:t>Departure  Escorted to the vehicle by the Principal / Convener; drop to the station, airport or hotel confirmed with the driver; a thank-you message the same evening; the Appreciation Letter follows within a week</w:t>
      </w:r>
    </w:p>
    <w:p/>
    <w:p>
      <w:r>
        <w:t>D. COURTESIES AND CONDUCT</w:t>
      </w:r>
    </w:p>
    <w:p>
      <w:r>
        <w:t>- Use the guest's full name and designation on first mention; confirm pronunciation with the guest before the session.</w:t>
      </w:r>
    </w:p>
    <w:p>
      <w:r>
        <w:t>- Photographs only by the Media Team, and only where the guest has agreed; ask before any group photo with students.</w:t>
      </w:r>
    </w:p>
    <w:p>
      <w:r>
        <w:t>- One point of contact per guest (the Hospitality In-charge or the assigned faculty escort) — guests are not passed between committee members.</w:t>
      </w:r>
    </w:p>
    <w:p>
      <w:r>
        <w:t>- Keep to time: a guest who arrives early is hosted in the lounge, a guest running late is telephoned by the escort, and the programme is re-sequenced by the MC without announcing the delay.</w:t>
      </w:r>
    </w:p>
    <w:p>
      <w:r>
        <w:t>- Personal requests (medicine, a call, a quiet room) are met quietly by the escort; nothing is asked of a guest in return beyond the session agreed.</w:t>
      </w:r>
    </w:p>
    <w:p/>
    <w:p>
      <w:r>
        <w:t>E. GUEST-CARE CHECKLIST (tick on the day)</w:t>
      </w:r>
    </w:p>
    <w:p>
      <w:r>
        <w:t>[ ] Pick-up confirmed and guest received on arrival    [ ] Bouquet and lounge refreshment offered</w:t>
      </w:r>
    </w:p>
    <w:p>
      <w:r>
        <w:t>[ ] Presentation loaded and tested                        [ ] Seating, name board, water and programme on the dais</w:t>
      </w:r>
    </w:p>
    <w:p>
      <w:r>
        <w:t>[ ] Escort at post throughout the session                 [ ] Meals served as per dietary notes</w:t>
      </w:r>
    </w:p>
    <w:p>
      <w:r>
        <w:t>[ ] Memento and felicitation as per the ceremony order    [ ] Honorarium handed over with receipt signed</w:t>
      </w:r>
    </w:p>
    <w:p>
      <w:r>
        <w:t>[ ] Drop / hotel return confirmed                          [ ] Thank-you message sent; Appreciation Letter scheduled</w:t>
      </w:r>
    </w:p>
    <w:p/>
    <w:p>
      <w:r>
        <w:t>Prepared by: Hospitality In-charge ____________ · Verified by: [CONVENER NAME], Convener · Date: ____________</w:t>
      </w:r>
    </w:p>
    <w:p>
      <w:r>
        <w:t>NAAC Note: the guest register, receipts and the Appreciation Letters form the resource-person evidence under Criterion III and the governance record under Criterion VI; file them with the speaker profiles in 03_Resource_Person_Details.</w:t>
      </w:r>
    </w:p>
    <w:p>
      <w:pPr>
        <w:pStyle w:val="Heading2"/>
      </w:pPr>
      <w:r>
        <w:t>Emergency &amp; Safety Protocol</w:t>
      </w:r>
    </w:p>
    <w:p>
      <w:r>
        <w:t>EMERGENCY &amp; SAFETY PROTOCOL</w:t>
      </w:r>
    </w:p>
    <w:p>
      <w:r>
        <w:t>[Seminar / Workshop / FDP] on "[THEME]" · [INSTITUTION NAME] · [DATE] · Venue: ____________ · Expected attendance: ______</w:t>
      </w:r>
    </w:p>
    <w:p>
      <w:r>
        <w:t>Safety Officer (faculty): ____________ (phone ____________) · Convener: [CONVENER NAME] · Approved by: [PRINCIPAL NAME], Principal</w:t>
      </w:r>
    </w:p>
    <w:p/>
    <w:p>
      <w:r>
        <w:t>A. EMERGENCY CONTACTS (print A4, display at the Registration Desk, Help Desk, stage wing and every exit)</w:t>
      </w:r>
    </w:p>
    <w:p>
      <w:r>
        <w:t>Ambulance 108 · Fire 101 · Police 100 · Women's helpline 1091 · Disaster / all-in-one 112</w:t>
      </w:r>
    </w:p>
    <w:p>
      <w:r>
        <w:t>Nearest hospital: ____________________ · Distance ____ km · Phone ____________</w:t>
      </w:r>
    </w:p>
    <w:p>
      <w:r>
        <w:t>Institution doctor / medical room: ____________ · Phone ____________</w:t>
      </w:r>
    </w:p>
    <w:p>
      <w:r>
        <w:t>Safety Officer: ____________ · Volunteer In-charge: ____________ · Electrician on call: ____________ · Security supervisor: ____________</w:t>
      </w:r>
    </w:p>
    <w:p>
      <w:r>
        <w:t>Principal's office: ____________ · Local police station: ____________ · Fire station: ____________</w:t>
      </w:r>
    </w:p>
    <w:p/>
    <w:p>
      <w:r>
        <w:t>B. RISK REGISTER (assess at the venue walk-through, D−7; tick the controls in place)</w:t>
      </w:r>
    </w:p>
    <w:p>
      <w:r>
        <w:t>Risk | Likelihood (L/M/H) | Control in place | Owner</w:t>
      </w:r>
    </w:p>
    <w:p>
      <w:r>
        <w:t>Medical emergency (fainting, injury, allergy) | ___ | [ ] First-aid kit at Help Desk  [ ] Trained first-aider named  [ ] Hospital route known | Safety Officer</w:t>
      </w:r>
    </w:p>
    <w:p>
      <w:r>
        <w:t>Fire / smoke (lamp, kitchen, wiring) | ___ | [ ] Extinguishers checked and dated  [ ] Lamp on a metal tray away from drapes  [ ] No overloaded sockets | Logistics Team</w:t>
      </w:r>
    </w:p>
    <w:p>
      <w:r>
        <w:t>Crowd pressure at entry / exit | ___ | [ ] Two entry lanes  [ ] Exits unlocked and unobstructed  [ ] Seating capacity not exceeded | Discipline &amp; Seating</w:t>
      </w:r>
    </w:p>
    <w:p>
      <w:r>
        <w:t>Power failure | ___ | [ ] Generator / UPS tested  [ ] Torches at stage wing  [ ] Battery microphone ready | Technical Support</w:t>
      </w:r>
    </w:p>
    <w:p>
      <w:r>
        <w:t>Technical failure (projector, sound, internet) | ___ | [ ] Spare laptop and projector cable  [ ] Hotspot  [ ] Printed programme as fallback | Technical Support</w:t>
      </w:r>
    </w:p>
    <w:p>
      <w:r>
        <w:t>Severe weather (rain, heat, storm) | ___ | [ ] Covered route from gate to hall  [ ] Drinking water at every station  [ ] Indoor fallback for outdoor items | Hospitality</w:t>
      </w:r>
    </w:p>
    <w:p>
      <w:r>
        <w:t>VIP security and movement | ___ | [ ] Escort route agreed  [ ] Reserved parking  [ ] Liaison with the guest's security if any | Escort Team</w:t>
      </w:r>
    </w:p>
    <w:p>
      <w:r>
        <w:t>Lost child / lost property / unauthorised entry | ___ | [ ] Help Desk log  [ ] ID check at registration  [ ] Security at the gate | Help Desk / Security</w:t>
      </w:r>
    </w:p>
    <w:p>
      <w:r>
        <w:t>Food safety (tea, lunch) | ___ | [ ] Caterer's licence seen  [ ] Serving within 2 hours of preparation  [ ] Allergen labels | Refreshment Management</w:t>
      </w:r>
    </w:p>
    <w:p/>
    <w:p>
      <w:r>
        <w:t>C. RESPONSE PROCEDURES</w:t>
      </w:r>
    </w:p>
    <w:p>
      <w:r>
        <w:t>Medical: the nearest volunteer alerts the Help Desk (do not move the person unless in danger) → first-aider attends → Safety Officer decides on the ambulance (108) → one faculty member accompanies to hospital → family / institution informed by the Convener → incident report (E).</w:t>
      </w:r>
    </w:p>
    <w:p>
      <w:r>
        <w:t>Fire: raise the alarm → MC announces calm evacuation by the nearest exit → volunteers hold the exits and guide by station → assembly point: ____________ → headcount by category against the attendance sheets → fire service (101) → no re-entry until the Safety Officer clears the hall.</w:t>
      </w:r>
    </w:p>
    <w:p>
      <w:r>
        <w:t>Power failure: Technical switches to UPS / generator within 2 minutes; MC continues by voice; if not restored in 15 minutes the programme is re-sequenced to a non-technical item (discussion, felicitation) rather than paused.</w:t>
      </w:r>
    </w:p>
    <w:p>
      <w:r>
        <w:t>Crowd / security: Discipline &amp; Seating stops entry when the hall is full; overflow directed to the second hall / live screen; any dispute is taken outside the hall by the security supervisor, never handled by student volunteers.</w:t>
      </w:r>
    </w:p>
    <w:p>
      <w:r>
        <w:t>VIP incident: escort informs the Safety Officer and the Principal directly; the guest is moved to the lounge; the MC re-sequences without announcement.</w:t>
      </w:r>
    </w:p>
    <w:p>
      <w:r>
        <w:t>Weather: the Safety Officer decides by 07:30 on the day whether outdoor items (group photograph, lamp lighting in the open) move indoors.</w:t>
      </w:r>
    </w:p>
    <w:p/>
    <w:p>
      <w:r>
        <w:t>D. SAFETY SET-UP CHECKLIST (walk-through D−1, tick again at 08:30 on the day)</w:t>
      </w:r>
    </w:p>
    <w:p>
      <w:r>
        <w:t>[ ] Emergency contact sheet displayed at all listed points   [ ] First-aid kit stocked (dressings, antiseptic, ORS, paracetamol, glucose) at the Help Desk</w:t>
      </w:r>
    </w:p>
    <w:p>
      <w:r>
        <w:t>[ ] Fire extinguishers present, dated, unobstructed         [ ] All exits unlocked; exit signs visible; aisles at least 1 m wide</w:t>
      </w:r>
    </w:p>
    <w:p>
      <w:r>
        <w:t>[ ] Electrical load checked by the electrician; cables taped down   [ ] Generator / UPS tested; torches placed</w:t>
      </w:r>
    </w:p>
    <w:p>
      <w:r>
        <w:t>[ ] Assembly point marked and shown to all volunteers        [ ] Ambulance access and reserved parking clear</w:t>
      </w:r>
    </w:p>
    <w:p>
      <w:r>
        <w:t>[ ] Drinking water at every station                          [ ] Caterer's licence and food timing confirmed</w:t>
      </w:r>
    </w:p>
    <w:p>
      <w:r>
        <w:t>[ ] Volunteers briefed on this protocol at the day-before briefing (Volunteer Assignment Protocol, Sign column A)</w:t>
      </w:r>
    </w:p>
    <w:p/>
    <w:p>
      <w:r>
        <w:t>E. INCIDENT REPORT (fill for every incident, however minor)</w:t>
      </w:r>
    </w:p>
    <w:p>
      <w:r>
        <w:t>Date / time: ____________  Location: ____________  Reported by: ____________</w:t>
      </w:r>
    </w:p>
    <w:p>
      <w:r>
        <w:t>Persons involved: ______________________________________________</w:t>
      </w:r>
    </w:p>
    <w:p>
      <w:r>
        <w:t>What happened: ______________________________________________________________________</w:t>
      </w:r>
    </w:p>
    <w:p>
      <w:r>
        <w:t>Action taken: _______________________________________________________________________</w:t>
      </w:r>
    </w:p>
    <w:p>
      <w:r>
        <w:t>Outcome / follow-up: _________________________________________________________________</w:t>
      </w:r>
    </w:p>
    <w:p>
      <w:r>
        <w:t>Safety Officer's signature: ____________   Convener's signature: ____________   Date: ____________</w:t>
      </w:r>
    </w:p>
    <w:p/>
    <w:p>
      <w:r>
        <w:t>Prepared by: Safety Officer ____________ · Approved by: [PRINCIPAL NAME], Principal · Date: ____________</w:t>
      </w:r>
    </w:p>
    <w:p>
      <w:r>
        <w:t>NAAC Note: a signed safety protocol and the incident register are governance evidence under Criterion VI and infrastructure evidence under Criterion IV; file with the venue clearance in the event evidence folder.</w:t>
      </w:r>
    </w:p>
    <w:p>
      <w:pPr>
        <w:pStyle w:val="Heading2"/>
      </w:pPr>
      <w:r>
        <w:t>Post-Event Report &amp; Certificate Distribution Protocol</w:t>
      </w:r>
    </w:p>
    <w:p>
      <w:r>
        <w:t>POST-EVENT REPORT &amp; CERTIFICATE DISTRIBUTION PROTOCOL</w:t>
      </w:r>
    </w:p>
    <w:p>
      <w:r>
        <w:t>[Seminar / Workshop / FDP] on "[THEME]" · [INSTITUTION NAME] · Held on [DATE]</w:t>
      </w:r>
    </w:p>
    <w:p>
      <w:r>
        <w:t>Documentation In-charge: ____________ · Registration &amp; Certification In-charge: ____________ · Convener: [CONVENER NAME] · Approved by: [PRINCIPAL NAME], Principal</w:t>
      </w:r>
    </w:p>
    <w:p/>
    <w:p>
      <w:r>
        <w:t>PART 1 — CERTIFICATE DISTRIBUTION</w:t>
      </w:r>
    </w:p>
    <w:p/>
    <w:p>
      <w:r>
        <w:t>A. ELIGIBILITY (decide before the event; announce in the Student Notice and at registration)</w:t>
      </w:r>
    </w:p>
    <w:p>
      <w:r>
        <w:t>- Participation certificate: registered AND present on the category-wise attendance sheet for the full day (single-day event) or at least ____ % of sessions (multi-day). No certificate without a signed attendance entry.</w:t>
      </w:r>
    </w:p>
    <w:p>
      <w:r>
        <w:t>- Presenter certificate: paper / poster actually presented in a technical session, as recorded by the Session Chair on the session sheet.</w:t>
      </w:r>
    </w:p>
    <w:p>
      <w:r>
        <w:t>- Resource person / Chief Guest certificate or memento: as per the Inaugural Ceremony Protocol and the Resource Person Approval.</w:t>
      </w:r>
    </w:p>
    <w:p>
      <w:r>
        <w:t>- Volunteer Certificate of Appreciation: both shifts completed on the signed Volunteer Assignment roster.</w:t>
      </w:r>
    </w:p>
    <w:p>
      <w:r>
        <w:t>- Organizing committee certificate: members named in the Committee Constitution office order.</w:t>
      </w:r>
    </w:p>
    <w:p/>
    <w:p>
      <w:r>
        <w:t>B. CERTIFICATE REGISTER (one line per certificate; the register is the audit record)</w:t>
      </w:r>
    </w:p>
    <w:p>
      <w:r>
        <w:t>Certificate ID | Name | Category (Participant / Presenter / Resource Person / Volunteer / Committee) | Institution | Attendance verified by (initials) | Mode (stage / desk / e-certificate) | Issued on | Recipient's signature or delivery record</w:t>
      </w:r>
    </w:p>
    <w:p>
      <w:r>
        <w:t>____________ | __________________ | ____________ | ______________ | ____ | ________ | ________ | __________</w:t>
      </w:r>
    </w:p>
    <w:p>
      <w:r>
        <w:t>____________ | __________________ | ____________ | ______________ | ____ | ________ | ________ | __________</w:t>
      </w:r>
    </w:p>
    <w:p>
      <w:r>
        <w:t>____________ | __________________ | ____________ | ______________ | ____ | ________ | ________ | __________</w:t>
      </w:r>
    </w:p>
    <w:p>
      <w:r>
        <w:t>Certificate ID format: [EVENT TITLE] / [CATEGORY CODE] / [SERIAL] — printed beside the QR code and verifiable on the event website.</w:t>
      </w:r>
    </w:p>
    <w:p/>
    <w:p>
      <w:r>
        <w:t>C. PREPARATION AND SIGNING (D−3 to D−1)</w:t>
      </w:r>
    </w:p>
    <w:p>
      <w:r>
        <w:t>- Certificates printed from the Participation Certificate Wording template, one variant per category, blank name field for late registrants.</w:t>
      </w:r>
    </w:p>
    <w:p>
      <w:r>
        <w:t>- Signatures: Convener, IQAC Coordinator and Principal sign the blank stock on D−2; the institution seal is applied after the name is entered, never on blank certificates left unattended.</w:t>
      </w:r>
    </w:p>
    <w:p>
      <w:r>
        <w:t>- Certificates sorted alphabetically within category, in the boxes labelled for the distribution desk; ten blanks per category kept aside for spelling corrections.</w:t>
      </w:r>
    </w:p>
    <w:p/>
    <w:p>
      <w:r>
        <w:t>D. DISTRIBUTION ON THE DAY</w:t>
      </w:r>
    </w:p>
    <w:p>
      <w:r>
        <w:t>- Attendance sheets close at the last tea break; the Registration desk marks eligible names on the register and hands the list to the Certificate team by 16:00.</w:t>
      </w:r>
    </w:p>
    <w:p>
      <w:r>
        <w:t>- On stage (valedictory): resource persons, presenters, best-paper awardees and volunteers only — called by the MC in the order on the register, photograph of each handover (Media Team).</w:t>
      </w:r>
    </w:p>
    <w:p>
      <w:r>
        <w:t>- At the desk (after the valedictory): participants collect against a signature on the register; no certificate is handed to a friend without a written authorisation.</w:t>
      </w:r>
    </w:p>
    <w:p>
      <w:r>
        <w:t>- E-certificate (hybrid / online participants): PDF with the same ID and QR emailed within 3 working days from the register list; delivery record = the sent-mail log.</w:t>
      </w:r>
    </w:p>
    <w:p>
      <w:r>
        <w:t>- Corrections: a misspelt certificate is replaced from the blank stock, the wrong copy is cancelled across its face and stapled to the register page — never discarded.</w:t>
      </w:r>
    </w:p>
    <w:p/>
    <w:p>
      <w:r>
        <w:t>E. AFTER THE DAY</w:t>
      </w:r>
    </w:p>
    <w:p>
      <w:r>
        <w:t>- Unclaimed certificates: listed on D+1, participants informed by message; held at the department office for 30 days, then filed with the register.</w:t>
      </w:r>
    </w:p>
    <w:p>
      <w:r>
        <w:t>- The register total (issued by category) must equal the attendance total by category — reconcile on D+2 and record any difference with the reason.</w:t>
      </w:r>
    </w:p>
    <w:p>
      <w:r>
        <w:t>- One copy of each certificate variant and the reconciled register go into the NAAC evidence folder (Certificates).</w:t>
      </w:r>
    </w:p>
    <w:p/>
    <w:p>
      <w:r>
        <w:t>PART 2 — POST-EVENT REPORT</w:t>
      </w:r>
    </w:p>
    <w:p/>
    <w:p>
      <w:r>
        <w:t>F. COMPILATION TIMELINE (from the Post-Seminar SOP; the report is due to the IQAC within 30 days)</w:t>
      </w:r>
    </w:p>
    <w:p>
      <w:r>
        <w:t>D+1   Attendance sheets, feedback forms, session sheets, photographs and videos collected from every team and backed up (Documentation In-charge)</w:t>
      </w:r>
    </w:p>
    <w:p>
      <w:r>
        <w:t>D+3   Attendance compiled category-wise; feedback analysed into the Feedback Analysis Summary; photographs captioned per the Mandatory Photographic Evidence Guidelines</w:t>
      </w:r>
    </w:p>
    <w:p>
      <w:r>
        <w:t>D+7   Appreciation Letters sent to speakers; certificate register reconciled; accounts closed in the Financial Closure note</w:t>
      </w:r>
    </w:p>
    <w:p>
      <w:r>
        <w:t>D+10  Draft report circulated to the Convener and the IQAC Coordinator for correction</w:t>
      </w:r>
    </w:p>
    <w:p>
      <w:r>
        <w:t>D+14  Final report signed; evidence folders 01–15 checked against the NAAC Documentation Evidence Checklist</w:t>
      </w:r>
    </w:p>
    <w:p>
      <w:r>
        <w:t>D+21  Best Practice Documentation prepared if the event qualifies; AQAR summary paragraph and table row drafted</w:t>
      </w:r>
    </w:p>
    <w:p>
      <w:r>
        <w:t>D+30  Report and evidence file submitted to the IQAC with the NAAC Submission Cover Letter; acknowledgement kept</w:t>
      </w:r>
    </w:p>
    <w:p/>
    <w:p>
      <w:r>
        <w:t>G. REPORT STRUCTURE, SOURCES AND OWNERS (use the Seminar Report Cover Format for the cover and contents page)</w:t>
      </w:r>
    </w:p>
    <w:p>
      <w:r>
        <w:t>1. Basic information — title, type and level, dates, venue, organizing unit, NAAC criterion (Concept Note; Convener)</w:t>
      </w:r>
    </w:p>
    <w:p>
      <w:r>
        <w:t>2. Approvals — IQAC approval, Governing Body resolution, Principal's sanction (Approvals folder; Convener)</w:t>
      </w:r>
    </w:p>
    <w:p>
      <w:r>
        <w:t>3. Programme — schedule as conducted, with deviations noted (Programme Schedule Circular and Run Sheet; Organizing Secretary)</w:t>
      </w:r>
    </w:p>
    <w:p>
      <w:r>
        <w:t>4. Resource persons — profiles, session titles, appreciation letters (Guest register; Hospitality In-charge)</w:t>
      </w:r>
    </w:p>
    <w:p>
      <w:r>
        <w:t>5. Participation — category-wise numbers with attendance totals and certificate totals reconciled (Registration In-charge)</w:t>
      </w:r>
    </w:p>
    <w:p>
      <w:r>
        <w:t>6. Feedback — analysis summary with averages and key comments; action points for the next event (IQAC Team)</w:t>
      </w:r>
    </w:p>
    <w:p>
      <w:r>
        <w:t>7. Evidence — captioned photographs (minimum 8 mandatory moments), video links, press coverage (Media Team)</w:t>
      </w:r>
    </w:p>
    <w:p>
      <w:r>
        <w:t>8. Accounts — approved budget vs actual, receipts, honorarium acknowledgements (Financial Closure; Treasurer)</w:t>
      </w:r>
    </w:p>
    <w:p>
      <w:r>
        <w:t>9. Outcomes — academic outputs (proceedings, papers), institutional gains, the criterion evidence produced, follow-up actions (Convener)</w:t>
      </w:r>
    </w:p>
    <w:p>
      <w:r>
        <w:t>Annexures: attendance sheets · certificate register · feedback forms · approvals · invitations and acceptances · notices · photographs · bills and vouchers</w:t>
      </w:r>
    </w:p>
    <w:p/>
    <w:p>
      <w:r>
        <w:t>H. SIGN-OFF</w:t>
      </w:r>
    </w:p>
    <w:p>
      <w:r>
        <w:t>Compiled by: Documentation In-charge ____________   Date: ______</w:t>
      </w:r>
    </w:p>
    <w:p>
      <w:r>
        <w:t>Verified by: [CONVENER NAME], Convener ____________   IQAC Coordinator ____________</w:t>
      </w:r>
    </w:p>
    <w:p>
      <w:r>
        <w:t>Approved by: [PRINCIPAL NAME], Principal ____________   Submitted to the IQAC on: ______   Acknowledgement no.: ______</w:t>
      </w:r>
    </w:p>
    <w:p/>
    <w:p>
      <w:r>
        <w:t>NAAC Note: the reconciled certificate register is the proof that participation numbers in the report are real; the report itself is filed as item 13 (Post_Event_Report) of the NAAC Evidence Folder Structure and cited in the AQAR under the criterion the event was designed for.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