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Formats D — Post-Event Formats</w:t>
      </w:r>
    </w:p>
    <w:p>
      <w:r>
        <w:t>Seminar organization formats for colleges — replace every [BRACKETED] field with your details.</w:t>
        <w:br/>
        <w:t>From the SOP &amp; Formats Library · Seminar (Powered by Topic Engine) · wa.me/919002903128</w:t>
      </w:r>
    </w:p>
    <w:p>
      <w:pPr>
        <w:pStyle w:val="Heading1"/>
      </w:pPr>
      <w:r>
        <w:t>Appreciation Letter to Speaker</w:t>
      </w:r>
    </w:p>
    <w:p>
      <w:pPr>
        <w:spacing w:after="40"/>
      </w:pPr>
      <w:r>
        <w:t>To</w:t>
      </w:r>
    </w:p>
    <w:p>
      <w:pPr>
        <w:spacing w:after="40"/>
      </w:pPr>
      <w:r>
        <w:t>____________ (Name and Designation)</w:t>
      </w:r>
    </w:p>
    <w:p>
      <w:pPr>
        <w:spacing w:after="40"/>
      </w:pPr>
    </w:p>
    <w:p>
      <w:pPr>
        <w:spacing w:after="40"/>
      </w:pPr>
      <w:r>
        <w:t>Subject: Appreciation for your address at our [Seminar / Workshop / FDP / Conference]</w:t>
      </w:r>
    </w:p>
    <w:p>
      <w:pPr>
        <w:spacing w:after="40"/>
      </w:pPr>
    </w:p>
    <w:p>
      <w:pPr>
        <w:spacing w:after="40"/>
      </w:pPr>
      <w:r>
        <w:t>Respected Sir / Madam,</w:t>
      </w:r>
    </w:p>
    <w:p>
      <w:pPr>
        <w:spacing w:after="40"/>
      </w:pPr>
    </w:p>
    <w:p>
      <w:pPr>
        <w:spacing w:after="40"/>
      </w:pPr>
      <w:r>
        <w:t>On behalf of [INSTITUTION NAME], we express our sincere gratitude for your enlightening address at the [Seminar / Workshop / FDP / Conference] "[EVENT TITLE]" held on [DATE].</w:t>
      </w:r>
    </w:p>
    <w:p>
      <w:pPr>
        <w:spacing w:after="40"/>
      </w:pPr>
    </w:p>
    <w:p>
      <w:pPr>
        <w:spacing w:after="40"/>
      </w:pPr>
      <w:r>
        <w:t>Your session was deeply appreciated by the participants, as reflected in the feedback received, and contributed substantially to the academic value of the event. We are confident that the insights you shared will inform both classroom practice and research within our institution and among the participating delegates.</w:t>
      </w:r>
    </w:p>
    <w:p>
      <w:pPr>
        <w:spacing w:after="40"/>
      </w:pPr>
    </w:p>
    <w:p>
      <w:pPr>
        <w:spacing w:after="40"/>
      </w:pPr>
      <w:r>
        <w:t>We look forward to your continued association with our academic initiatives.</w:t>
      </w:r>
    </w:p>
    <w:p>
      <w:pPr>
        <w:spacing w:after="40"/>
      </w:pPr>
    </w:p>
    <w:p>
      <w:pPr>
        <w:spacing w:after="40"/>
      </w:pPr>
      <w:r>
        <w:t>With respectful regards,</w:t>
      </w:r>
    </w:p>
    <w:p>
      <w:pPr>
        <w:spacing w:after="40"/>
      </w:pPr>
      <w:r>
        <w:t>Yours sincerely,</w:t>
      </w:r>
    </w:p>
    <w:p>
      <w:pPr>
        <w:spacing w:after="40"/>
      </w:pPr>
    </w:p>
    <w:p>
      <w:pPr>
        <w:spacing w:after="40"/>
      </w:pPr>
      <w:r>
        <w:t>[CONVENER NAME]                                    Principal</w:t>
      </w:r>
    </w:p>
    <w:p>
      <w:pPr>
        <w:spacing w:after="40"/>
      </w:pPr>
      <w:r>
        <w:t>Convener, Organizing Committee            [INSTITUTION NAME]</w:t>
      </w:r>
    </w:p>
    <w:p>
      <w:r>
        <w:br w:type="page"/>
      </w:r>
    </w:p>
    <w:p>
      <w:pPr>
        <w:pStyle w:val="Heading1"/>
      </w:pPr>
      <w:r>
        <w:t>Participation Certificate Wording</w:t>
      </w:r>
    </w:p>
    <w:p>
      <w:pPr>
        <w:spacing w:after="40"/>
      </w:pPr>
      <w:r>
        <w:t>CERTIFICATE OF PARTICIPATION</w:t>
      </w:r>
    </w:p>
    <w:p>
      <w:pPr>
        <w:spacing w:after="40"/>
      </w:pPr>
    </w:p>
    <w:p>
      <w:pPr>
        <w:spacing w:after="40"/>
      </w:pPr>
      <w:r>
        <w:t>This is to certify that</w:t>
      </w:r>
    </w:p>
    <w:p>
      <w:pPr>
        <w:spacing w:after="40"/>
      </w:pPr>
    </w:p>
    <w:p>
      <w:pPr>
        <w:spacing w:after="40"/>
      </w:pPr>
      <w:r>
        <w:t>Prof. / Dr. / Mr. / Ms. ______________________________</w:t>
      </w:r>
    </w:p>
    <w:p>
      <w:pPr>
        <w:spacing w:after="40"/>
      </w:pPr>
    </w:p>
    <w:p>
      <w:pPr>
        <w:spacing w:after="40"/>
      </w:pPr>
      <w:r>
        <w:t>of ______________________________ (Institution)</w:t>
      </w:r>
    </w:p>
    <w:p>
      <w:pPr>
        <w:spacing w:after="40"/>
      </w:pPr>
    </w:p>
    <w:p>
      <w:pPr>
        <w:spacing w:after="40"/>
      </w:pPr>
      <w:r>
        <w:t>participated in the [Seminar / Workshop / FDP / Conference] titled "[EVENT TITLE]"</w:t>
      </w:r>
    </w:p>
    <w:p>
      <w:pPr>
        <w:spacing w:after="40"/>
      </w:pPr>
      <w:r>
        <w:t>on the theme "[THEME]", organized by [INSTITUTION NAME]</w:t>
      </w:r>
    </w:p>
    <w:p>
      <w:pPr>
        <w:spacing w:after="40"/>
      </w:pPr>
      <w:r>
        <w:t>on [DATE].</w:t>
      </w:r>
    </w:p>
    <w:p>
      <w:pPr>
        <w:spacing w:after="40"/>
      </w:pPr>
    </w:p>
    <w:p>
      <w:pPr>
        <w:spacing w:after="40"/>
      </w:pPr>
      <w:r>
        <w:t>Certificate ID: ____________ (QR verification available)</w:t>
      </w:r>
    </w:p>
    <w:p>
      <w:pPr>
        <w:spacing w:after="40"/>
      </w:pPr>
    </w:p>
    <w:p>
      <w:pPr>
        <w:spacing w:after="40"/>
      </w:pPr>
      <w:r>
        <w:t>____________          ____________          ____________</w:t>
      </w:r>
    </w:p>
    <w:p>
      <w:pPr>
        <w:spacing w:after="40"/>
      </w:pPr>
      <w:r>
        <w:t>Convener              IQAC Coordinator      Principal</w:t>
      </w:r>
    </w:p>
    <w:p>
      <w:pPr>
        <w:spacing w:after="40"/>
      </w:pPr>
    </w:p>
    <w:p>
      <w:pPr>
        <w:spacing w:after="40"/>
      </w:pPr>
      <w:r>
        <w:t>Variants: replace "participated in" with — "presented a paper titled '____________' at" (for presenters), or "served as a Resource Person at" (for speakers).</w:t>
      </w:r>
    </w:p>
    <w:p>
      <w:r>
        <w:br w:type="page"/>
      </w:r>
    </w:p>
    <w:p>
      <w:pPr>
        <w:pStyle w:val="Heading1"/>
      </w:pPr>
      <w:r>
        <w:t>Seminar Report Cover Format</w:t>
      </w:r>
    </w:p>
    <w:p>
      <w:pPr>
        <w:spacing w:after="40"/>
      </w:pPr>
      <w:r>
        <w:t>FINAL EVENT REPORT</w:t>
      </w:r>
    </w:p>
    <w:p>
      <w:pPr>
        <w:spacing w:after="40"/>
      </w:pPr>
    </w:p>
    <w:p>
      <w:pPr>
        <w:spacing w:after="40"/>
      </w:pPr>
      <w:r>
        <w:t>[Seminar / Workshop / FDP / Conference]: "[EVENT TITLE]"</w:t>
      </w:r>
    </w:p>
    <w:p>
      <w:pPr>
        <w:spacing w:after="40"/>
      </w:pPr>
      <w:r>
        <w:t>Theme: [THEME]</w:t>
      </w:r>
    </w:p>
    <w:p>
      <w:pPr>
        <w:spacing w:after="40"/>
      </w:pPr>
      <w:r>
        <w:t>Organized by: [INSTITUTION NAME] (through its IQAC)</w:t>
      </w:r>
    </w:p>
    <w:p>
      <w:pPr>
        <w:spacing w:after="40"/>
      </w:pPr>
      <w:r>
        <w:t>Date &amp; Venue: [DATE] · ____________</w:t>
      </w:r>
    </w:p>
    <w:p>
      <w:pPr>
        <w:spacing w:after="40"/>
      </w:pPr>
      <w:r>
        <w:t>NAAC Alignment: Criterion ____ (primary); Criteria ____ (supporting)</w:t>
      </w:r>
    </w:p>
    <w:p>
      <w:pPr>
        <w:spacing w:after="40"/>
      </w:pPr>
    </w:p>
    <w:p>
      <w:pPr>
        <w:spacing w:after="40"/>
      </w:pPr>
      <w:r>
        <w:t>CONTENTS</w:t>
      </w:r>
    </w:p>
    <w:p>
      <w:pPr>
        <w:spacing w:after="40"/>
      </w:pPr>
      <w:r>
        <w:t>1. Concept note and approvals (IQAC / Governing Body / Sanction order)</w:t>
      </w:r>
    </w:p>
    <w:p>
      <w:pPr>
        <w:spacing w:after="40"/>
      </w:pPr>
      <w:r>
        <w:t>2. Programme schedule and brochure</w:t>
      </w:r>
    </w:p>
    <w:p>
      <w:pPr>
        <w:spacing w:after="40"/>
      </w:pPr>
      <w:r>
        <w:t>3. Resource persons — profiles and session summaries</w:t>
      </w:r>
    </w:p>
    <w:p>
      <w:pPr>
        <w:spacing w:after="40"/>
      </w:pPr>
      <w:r>
        <w:t>4. Participation summary — registrations and attendance (students / faculty / external)</w:t>
      </w:r>
    </w:p>
    <w:p>
      <w:pPr>
        <w:spacing w:after="40"/>
      </w:pPr>
      <w:r>
        <w:t>5. Feedback analysis</w:t>
      </w:r>
    </w:p>
    <w:p>
      <w:pPr>
        <w:spacing w:after="40"/>
      </w:pPr>
      <w:r>
        <w:t>6. Photographic and media evidence</w:t>
      </w:r>
    </w:p>
    <w:p>
      <w:pPr>
        <w:spacing w:after="40"/>
      </w:pPr>
      <w:r>
        <w:t>7. Accounts summary against sanctioned budget</w:t>
      </w:r>
    </w:p>
    <w:p>
      <w:pPr>
        <w:spacing w:after="40"/>
      </w:pPr>
      <w:r>
        <w:t>8. Outcomes and follow-up actions</w:t>
      </w:r>
    </w:p>
    <w:p>
      <w:pPr>
        <w:spacing w:after="40"/>
      </w:pPr>
    </w:p>
    <w:p>
      <w:pPr>
        <w:spacing w:after="40"/>
      </w:pPr>
      <w:r>
        <w:t>Prepared by: Documentation Committee     Verified by: [CONVENER NAME], Convener</w:t>
      </w:r>
    </w:p>
    <w:p>
      <w:pPr>
        <w:spacing w:after="40"/>
      </w:pPr>
      <w:r>
        <w:t>Submitted to: The Principal and the IQAC, [INSTITUTION NAME]     Date: ____________</w:t>
      </w:r>
    </w:p>
    <w:p>
      <w:r>
        <w:br w:type="page"/>
      </w:r>
    </w:p>
    <w:p>
      <w:pPr>
        <w:pStyle w:val="Heading1"/>
      </w:pPr>
      <w:r>
        <w:t>NAAC Submission Cover Letter</w:t>
      </w:r>
    </w:p>
    <w:p>
      <w:pPr>
        <w:spacing w:after="40"/>
      </w:pPr>
      <w:r>
        <w:t>To</w:t>
      </w:r>
    </w:p>
    <w:p>
      <w:pPr>
        <w:spacing w:after="40"/>
      </w:pPr>
      <w:r>
        <w:t>The Coordinator, IQAC</w:t>
      </w:r>
    </w:p>
    <w:p>
      <w:pPr>
        <w:spacing w:after="40"/>
      </w:pPr>
      <w:r>
        <w:t>[INSTITUTION NAME]</w:t>
      </w:r>
    </w:p>
    <w:p>
      <w:pPr>
        <w:spacing w:after="40"/>
      </w:pPr>
    </w:p>
    <w:p>
      <w:pPr>
        <w:spacing w:after="40"/>
      </w:pPr>
      <w:r>
        <w:t>Subject: Submission of complete documentation — [Seminar / Workshop / FDP / Conference] "[EVENT TITLE]" ([DATE])</w:t>
      </w:r>
    </w:p>
    <w:p>
      <w:pPr>
        <w:spacing w:after="40"/>
      </w:pPr>
    </w:p>
    <w:p>
      <w:pPr>
        <w:spacing w:after="40"/>
      </w:pPr>
      <w:r>
        <w:t>Respected Madam / Sir,</w:t>
      </w:r>
    </w:p>
    <w:p>
      <w:pPr>
        <w:spacing w:after="40"/>
      </w:pPr>
    </w:p>
    <w:p>
      <w:pPr>
        <w:spacing w:after="40"/>
      </w:pPr>
      <w:r>
        <w:t>The Organizing Committee submits herewith the complete documentation of the above event for the records of the Cell and for inclusion in the AQAR / SSR, mapped to Criterion ____ (primary).</w:t>
      </w:r>
    </w:p>
    <w:p>
      <w:pPr>
        <w:spacing w:after="40"/>
      </w:pPr>
    </w:p>
    <w:p>
      <w:pPr>
        <w:spacing w:after="40"/>
      </w:pPr>
      <w:r>
        <w:t>The evidence file contains: (1) approvals and sanction order; (2) brochure, poster and invitation letters; (3) attendance records of students, faculty and external participants; (4) feedback forms with analysis; (5) photographic and media evidence; (6) the final event report with accounts; and (7) a specimen certificate.</w:t>
      </w:r>
    </w:p>
    <w:p>
      <w:pPr>
        <w:spacing w:after="40"/>
      </w:pPr>
    </w:p>
    <w:p>
      <w:pPr>
        <w:spacing w:after="40"/>
      </w:pPr>
      <w:r>
        <w:t>The Committee requests the Cell to verify the file and advise if any additional evidence is required for accreditation purposes.</w:t>
      </w:r>
    </w:p>
    <w:p>
      <w:pPr>
        <w:spacing w:after="40"/>
      </w:pPr>
    </w:p>
    <w:p>
      <w:pPr>
        <w:spacing w:after="40"/>
      </w:pPr>
      <w:r>
        <w:t>Yours faithfully,</w:t>
      </w:r>
    </w:p>
    <w:p>
      <w:pPr>
        <w:spacing w:after="40"/>
      </w:pPr>
    </w:p>
    <w:p>
      <w:pPr>
        <w:spacing w:after="40"/>
      </w:pPr>
      <w:r>
        <w:t>[CONVENER NAME]</w:t>
      </w:r>
    </w:p>
    <w:p>
      <w:pPr>
        <w:spacing w:after="40"/>
      </w:pPr>
      <w:r>
        <w:t>Convener, Organizing Committee</w:t>
      </w:r>
    </w:p>
    <w:p>
      <w:pPr>
        <w:spacing w:after="40"/>
      </w:pPr>
      <w:r>
        <w:t>Encl.: Event evidence file (Folders 01–06)</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