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Formats C — Notices &amp; Circulars</w:t>
      </w:r>
    </w:p>
    <w:p>
      <w:r>
        <w:t>Seminar organization formats for colleges — replace every [BRACKETED] field with your details.</w:t>
        <w:br/>
        <w:t>From the SOP &amp; Formats Library · Seminar (Powered by Topic Engine) · wa.me/919002903128</w:t>
      </w:r>
    </w:p>
    <w:p>
      <w:pPr>
        <w:pStyle w:val="Heading1"/>
      </w:pPr>
      <w:r>
        <w:t>Student Notice</w:t>
      </w:r>
    </w:p>
    <w:p>
      <w:pPr>
        <w:spacing w:after="40"/>
      </w:pPr>
      <w:r>
        <w:t>NOTICE — FOR ALL STUDENTS</w:t>
      </w:r>
    </w:p>
    <w:p>
      <w:pPr>
        <w:spacing w:after="40"/>
      </w:pPr>
    </w:p>
    <w:p>
      <w:pPr>
        <w:spacing w:after="40"/>
      </w:pPr>
      <w:r>
        <w:t>No. ____________                                        Date: ____________</w:t>
      </w:r>
    </w:p>
    <w:p>
      <w:pPr>
        <w:spacing w:after="40"/>
      </w:pPr>
    </w:p>
    <w:p>
      <w:pPr>
        <w:spacing w:after="40"/>
      </w:pPr>
      <w:r>
        <w:t>All students are hereby informed that [INSTITUTION NAME] is organizing a [Seminar / Workshop / FDP / Conference] titled "[EVENT TITLE]" on [DATE] on the theme "[THEME]".</w:t>
      </w:r>
    </w:p>
    <w:p>
      <w:pPr>
        <w:spacing w:after="40"/>
      </w:pPr>
    </w:p>
    <w:p>
      <w:pPr>
        <w:spacing w:after="40"/>
      </w:pPr>
      <w:r>
        <w:t>• Venue: ____________</w:t>
      </w:r>
    </w:p>
    <w:p>
      <w:pPr>
        <w:spacing w:after="40"/>
      </w:pPr>
      <w:r>
        <w:t>• Registration: ____________ (mode / desk / link); last date ____________</w:t>
      </w:r>
    </w:p>
    <w:p>
      <w:pPr>
        <w:spacing w:after="40"/>
      </w:pPr>
      <w:r>
        <w:t>• Registration fee (students): Rs. ______</w:t>
      </w:r>
    </w:p>
    <w:p>
      <w:pPr>
        <w:spacing w:after="40"/>
      </w:pPr>
      <w:r>
        <w:t>• Certificates will be issued to all registered participants who attend.</w:t>
      </w:r>
    </w:p>
    <w:p>
      <w:pPr>
        <w:spacing w:after="40"/>
      </w:pPr>
    </w:p>
    <w:p>
      <w:pPr>
        <w:spacing w:after="40"/>
      </w:pPr>
      <w:r>
        <w:t>Interested students should register before the last date. Attendance at the event will be recorded; students registered for the event are excused from classes for the sessions attended.</w:t>
      </w:r>
    </w:p>
    <w:p>
      <w:pPr>
        <w:spacing w:after="40"/>
      </w:pPr>
    </w:p>
    <w:p>
      <w:pPr>
        <w:spacing w:after="40"/>
      </w:pPr>
      <w:r>
        <w:t>For queries, contact: ____________ (Student Coordinator).</w:t>
      </w:r>
    </w:p>
    <w:p>
      <w:pPr>
        <w:spacing w:after="40"/>
      </w:pPr>
    </w:p>
    <w:p>
      <w:pPr>
        <w:spacing w:after="40"/>
      </w:pPr>
      <w:r>
        <w:t>By order,</w:t>
      </w:r>
    </w:p>
    <w:p>
      <w:pPr>
        <w:spacing w:after="40"/>
      </w:pPr>
    </w:p>
    <w:p>
      <w:pPr>
        <w:spacing w:after="40"/>
      </w:pPr>
      <w:r>
        <w:t>Principal / Convener</w:t>
      </w:r>
    </w:p>
    <w:p>
      <w:pPr>
        <w:spacing w:after="40"/>
      </w:pPr>
      <w:r>
        <w:t>[INSTITUTION NAME]</w:t>
      </w:r>
    </w:p>
    <w:p>
      <w:r>
        <w:br w:type="page"/>
      </w:r>
    </w:p>
    <w:p>
      <w:pPr>
        <w:pStyle w:val="Heading1"/>
      </w:pPr>
      <w:r>
        <w:t>Faculty Circular</w:t>
      </w:r>
    </w:p>
    <w:p>
      <w:pPr>
        <w:spacing w:after="40"/>
      </w:pPr>
      <w:r>
        <w:t>CIRCULAR — FOR ALL FACULTY MEMBERS</w:t>
      </w:r>
    </w:p>
    <w:p>
      <w:pPr>
        <w:spacing w:after="40"/>
      </w:pPr>
    </w:p>
    <w:p>
      <w:pPr>
        <w:spacing w:after="40"/>
      </w:pPr>
      <w:r>
        <w:t>No. ____________                                        Date: ____________</w:t>
      </w:r>
    </w:p>
    <w:p>
      <w:pPr>
        <w:spacing w:after="40"/>
      </w:pPr>
    </w:p>
    <w:p>
      <w:pPr>
        <w:spacing w:after="40"/>
      </w:pPr>
      <w:r>
        <w:t>All faculty members are informed that the institution is organizing a [Seminar / Workshop / FDP / Conference] titled "[EVENT TITLE]" on [DATE] on the theme "[THEME]", as approved by the IQAC.</w:t>
      </w:r>
    </w:p>
    <w:p>
      <w:pPr>
        <w:spacing w:after="40"/>
      </w:pPr>
    </w:p>
    <w:p>
      <w:pPr>
        <w:spacing w:after="40"/>
      </w:pPr>
      <w:r>
        <w:t>Faculty members are encouraged to (i) register as participants, (ii) submit abstracts / papers where applicable by ____________, and (iii) extend cooperation to the Organizing Committee in their assigned roles as per the duty allocation chart circulated separately.</w:t>
      </w:r>
    </w:p>
    <w:p>
      <w:pPr>
        <w:spacing w:after="40"/>
      </w:pPr>
    </w:p>
    <w:p>
      <w:pPr>
        <w:spacing w:after="40"/>
      </w:pPr>
      <w:r>
        <w:t>Departments are requested to facilitate student participation from their classes and to communicate schedule adjustments for the event day in advance.</w:t>
      </w:r>
    </w:p>
    <w:p>
      <w:pPr>
        <w:spacing w:after="40"/>
      </w:pPr>
    </w:p>
    <w:p>
      <w:pPr>
        <w:spacing w:after="40"/>
      </w:pPr>
      <w:r>
        <w:t>Participation will be recorded for inclusion in individual appraisal records and the institutional AQAR.</w:t>
      </w:r>
    </w:p>
    <w:p>
      <w:pPr>
        <w:spacing w:after="40"/>
      </w:pPr>
    </w:p>
    <w:p>
      <w:pPr>
        <w:spacing w:after="40"/>
      </w:pPr>
      <w:r>
        <w:t>(Signature)</w:t>
      </w:r>
    </w:p>
    <w:p>
      <w:pPr>
        <w:spacing w:after="40"/>
      </w:pPr>
      <w:r>
        <w:t>Principal</w:t>
      </w:r>
    </w:p>
    <w:p>
      <w:pPr>
        <w:spacing w:after="40"/>
      </w:pPr>
      <w:r>
        <w:t>[INSTITUTION NAME]</w:t>
      </w:r>
    </w:p>
    <w:p>
      <w:r>
        <w:br w:type="page"/>
      </w:r>
    </w:p>
    <w:p>
      <w:pPr>
        <w:pStyle w:val="Heading1"/>
      </w:pPr>
      <w:r>
        <w:t>Volunteer Duty Notice</w:t>
      </w:r>
    </w:p>
    <w:p>
      <w:pPr>
        <w:spacing w:after="40"/>
      </w:pPr>
      <w:r>
        <w:t>NOTICE — VOLUNTEER DUTY ALLOCATION</w:t>
      </w:r>
    </w:p>
    <w:p>
      <w:pPr>
        <w:spacing w:after="40"/>
      </w:pPr>
    </w:p>
    <w:p>
      <w:pPr>
        <w:spacing w:after="40"/>
      </w:pPr>
      <w:r>
        <w:t>No. ____________                                        Date: ____________</w:t>
      </w:r>
    </w:p>
    <w:p>
      <w:pPr>
        <w:spacing w:after="40"/>
      </w:pPr>
      <w:r>
        <w:t>Event: [Seminar / Workshop / FDP / Conference] "[EVENT TITLE]" — [DATE]</w:t>
      </w:r>
    </w:p>
    <w:p>
      <w:pPr>
        <w:spacing w:after="40"/>
      </w:pPr>
    </w:p>
    <w:p>
      <w:pPr>
        <w:spacing w:after="40"/>
      </w:pPr>
      <w:r>
        <w:t>The following students are appointed as volunteers for the above event. Duty cards indicating reporting time, station and supervising faculty member will be issued individually.</w:t>
      </w:r>
    </w:p>
    <w:p>
      <w:pPr>
        <w:spacing w:after="40"/>
      </w:pPr>
    </w:p>
    <w:p>
      <w:pPr>
        <w:spacing w:after="40"/>
      </w:pPr>
      <w:r>
        <w:t>Sl. | Name | Class / Dept | Duty Station                 | Reporting Time</w:t>
      </w:r>
    </w:p>
    <w:p>
      <w:pPr>
        <w:spacing w:after="40"/>
      </w:pPr>
      <w:r>
        <w:t>1.  | ____ | ____         | Registration desk            | ____</w:t>
      </w:r>
    </w:p>
    <w:p>
      <w:pPr>
        <w:spacing w:after="40"/>
      </w:pPr>
      <w:r>
        <w:t>2.  | ____ | ____         | Stage &amp; green room           | ____</w:t>
      </w:r>
    </w:p>
    <w:p>
      <w:pPr>
        <w:spacing w:after="40"/>
      </w:pPr>
      <w:r>
        <w:t>3.  | ____ | ____         | Hospitality                  | ____</w:t>
      </w:r>
    </w:p>
    <w:p>
      <w:pPr>
        <w:spacing w:after="40"/>
      </w:pPr>
      <w:r>
        <w:t>4.  | ____ | ____         | Documentation &amp; photography  | ____</w:t>
      </w:r>
    </w:p>
    <w:p>
      <w:pPr>
        <w:spacing w:after="40"/>
      </w:pPr>
      <w:r>
        <w:t>5.  | ____ | ____         | Discipline &amp; seating         | ____</w:t>
      </w:r>
    </w:p>
    <w:p>
      <w:pPr>
        <w:spacing w:after="40"/>
      </w:pPr>
    </w:p>
    <w:p>
      <w:pPr>
        <w:spacing w:after="40"/>
      </w:pPr>
      <w:r>
        <w:t>Volunteers shall report to the Volunteer Coordinator thirty minutes before their reporting time and will receive certificates of appreciation after the event.</w:t>
      </w:r>
    </w:p>
    <w:p>
      <w:pPr>
        <w:spacing w:after="40"/>
      </w:pPr>
    </w:p>
    <w:p>
      <w:pPr>
        <w:spacing w:after="40"/>
      </w:pPr>
      <w:r>
        <w:t>Convener, Organizing Committee</w:t>
      </w:r>
    </w:p>
    <w:p>
      <w:pPr>
        <w:spacing w:after="40"/>
      </w:pPr>
      <w:r>
        <w:t>[INSTITUTION NAME]</w:t>
      </w:r>
    </w:p>
    <w:p>
      <w:r>
        <w:br w:type="page"/>
      </w:r>
    </w:p>
    <w:p>
      <w:pPr>
        <w:pStyle w:val="Heading1"/>
      </w:pPr>
      <w:r>
        <w:t>Programme Schedule Circular</w:t>
      </w:r>
    </w:p>
    <w:p>
      <w:pPr>
        <w:spacing w:after="40"/>
      </w:pPr>
      <w:r>
        <w:t>CIRCULAR — PROGRAMME SCHEDULE</w:t>
      </w:r>
    </w:p>
    <w:p>
      <w:pPr>
        <w:spacing w:after="40"/>
      </w:pPr>
    </w:p>
    <w:p>
      <w:pPr>
        <w:spacing w:after="40"/>
      </w:pPr>
      <w:r>
        <w:t>Event: [Seminar / Workshop / FDP / Conference] "[EVENT TITLE]"</w:t>
      </w:r>
    </w:p>
    <w:p>
      <w:pPr>
        <w:spacing w:after="40"/>
      </w:pPr>
      <w:r>
        <w:t>Theme: [THEME]</w:t>
      </w:r>
    </w:p>
    <w:p>
      <w:pPr>
        <w:spacing w:after="40"/>
      </w:pPr>
      <w:r>
        <w:t>Date &amp; Venue: [DATE] · ____________</w:t>
      </w:r>
    </w:p>
    <w:p>
      <w:pPr>
        <w:spacing w:after="40"/>
      </w:pPr>
    </w:p>
    <w:p>
      <w:pPr>
        <w:spacing w:after="40"/>
      </w:pPr>
      <w:r>
        <w:t>09:00–09:30  Registration and kit distribution</w:t>
      </w:r>
    </w:p>
    <w:p>
      <w:pPr>
        <w:spacing w:after="40"/>
      </w:pPr>
      <w:r>
        <w:t>09:30–10:00  Inaugural session</w:t>
      </w:r>
    </w:p>
    <w:p>
      <w:pPr>
        <w:spacing w:after="40"/>
      </w:pPr>
      <w:r>
        <w:t>10:00–11:00  Keynote address</w:t>
      </w:r>
    </w:p>
    <w:p>
      <w:pPr>
        <w:spacing w:after="40"/>
      </w:pPr>
      <w:r>
        <w:t>11:00–11:15  Tea break</w:t>
      </w:r>
    </w:p>
    <w:p>
      <w:pPr>
        <w:spacing w:after="40"/>
      </w:pPr>
      <w:r>
        <w:t>11:15–12:45  Technical Session I</w:t>
      </w:r>
    </w:p>
    <w:p>
      <w:pPr>
        <w:spacing w:after="40"/>
      </w:pPr>
      <w:r>
        <w:t>12:45–13:45  Lunch</w:t>
      </w:r>
    </w:p>
    <w:p>
      <w:pPr>
        <w:spacing w:after="40"/>
      </w:pPr>
      <w:r>
        <w:t>13:45–15:15  Technical Session II</w:t>
      </w:r>
    </w:p>
    <w:p>
      <w:pPr>
        <w:spacing w:after="40"/>
      </w:pPr>
      <w:r>
        <w:t>15:15–15:30  Tea break</w:t>
      </w:r>
    </w:p>
    <w:p>
      <w:pPr>
        <w:spacing w:after="40"/>
      </w:pPr>
      <w:r>
        <w:t>15:30–16:15  Panel discussion</w:t>
      </w:r>
    </w:p>
    <w:p>
      <w:pPr>
        <w:spacing w:after="40"/>
      </w:pPr>
      <w:r>
        <w:t>16:15–17:00  Valedictory session and certificate distribution</w:t>
      </w:r>
    </w:p>
    <w:p>
      <w:pPr>
        <w:spacing w:after="40"/>
      </w:pPr>
    </w:p>
    <w:p>
      <w:pPr>
        <w:spacing w:after="40"/>
      </w:pPr>
      <w:r>
        <w:t>All participants, faculty members and volunteers are requested to be seated ten minutes before each session. The schedule is subject to minor adjustment on the day.</w:t>
      </w:r>
    </w:p>
    <w:p>
      <w:pPr>
        <w:spacing w:after="40"/>
      </w:pPr>
    </w:p>
    <w:p>
      <w:pPr>
        <w:spacing w:after="40"/>
      </w:pPr>
      <w:r>
        <w:t>Convener, Organizing Committee, [INSTITUTION NAME]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