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Formats B — Invitations &amp; Correspondence</w:t>
      </w:r>
    </w:p>
    <w:p>
      <w:r>
        <w:t>Seminar organization formats for colleges — replace every [BRACKETED] field with your details.</w:t>
        <w:br/>
        <w:t>From the SOP &amp; Formats Library · Seminar (Powered by Topic Engine) · wa.me/919002903128</w:t>
      </w:r>
    </w:p>
    <w:p>
      <w:pPr>
        <w:pStyle w:val="Heading1"/>
      </w:pPr>
      <w:r>
        <w:t>Chief Guest Invitation</w:t>
      </w:r>
    </w:p>
    <w:p>
      <w:pPr>
        <w:spacing w:after="40"/>
      </w:pPr>
      <w:r>
        <w:t>To</w:t>
      </w:r>
    </w:p>
    <w:p>
      <w:pPr>
        <w:spacing w:after="40"/>
      </w:pPr>
      <w:r>
        <w:t>____________ (Name and Designation)</w:t>
      </w:r>
    </w:p>
    <w:p>
      <w:pPr>
        <w:spacing w:after="40"/>
      </w:pPr>
    </w:p>
    <w:p>
      <w:pPr>
        <w:spacing w:after="40"/>
      </w:pPr>
      <w:r>
        <w:t>Subject: Invitation as Chief Guest — [Seminar / Workshop / FDP / Conference] on "[THEME]"</w:t>
      </w:r>
    </w:p>
    <w:p>
      <w:pPr>
        <w:spacing w:after="40"/>
      </w:pPr>
    </w:p>
    <w:p>
      <w:pPr>
        <w:spacing w:after="40"/>
      </w:pPr>
      <w:r>
        <w:t>Respected Sir / Madam,</w:t>
      </w:r>
    </w:p>
    <w:p>
      <w:pPr>
        <w:spacing w:after="40"/>
      </w:pPr>
    </w:p>
    <w:p>
      <w:pPr>
        <w:spacing w:after="40"/>
      </w:pPr>
      <w:r>
        <w:t>[INSTITUTION NAME] is organizing a [Seminar / Workshop / FDP / Conference] titled "[EVENT TITLE]" on [DATE]. On behalf of the organizing committee, we consider it a privilege to invite you to grace the occasion as Chief Guest and to inaugurate the programme.</w:t>
      </w:r>
    </w:p>
    <w:p>
      <w:pPr>
        <w:spacing w:after="40"/>
      </w:pPr>
    </w:p>
    <w:p>
      <w:pPr>
        <w:spacing w:after="40"/>
      </w:pPr>
      <w:r>
        <w:t>Your presence would be a source of great encouragement to the participating faculty, research scholars and students. The inaugural session is scheduled for ____________ (time), and the detailed programme is enclosed. Our team will coordinate all travel and hospitality arrangements at your convenience.</w:t>
      </w:r>
    </w:p>
    <w:p>
      <w:pPr>
        <w:spacing w:after="40"/>
      </w:pPr>
    </w:p>
    <w:p>
      <w:pPr>
        <w:spacing w:after="40"/>
      </w:pPr>
      <w:r>
        <w:t>We earnestly hope you will kindly consent, and we request confirmation at your earliest convenience so that the programme may be finalized.</w:t>
      </w:r>
    </w:p>
    <w:p>
      <w:pPr>
        <w:spacing w:after="40"/>
      </w:pPr>
    </w:p>
    <w:p>
      <w:pPr>
        <w:spacing w:after="40"/>
      </w:pPr>
      <w:r>
        <w:t>With profound regards,</w:t>
      </w:r>
    </w:p>
    <w:p>
      <w:pPr>
        <w:spacing w:after="40"/>
      </w:pPr>
      <w:r>
        <w:t>Yours sincerely,</w:t>
      </w:r>
    </w:p>
    <w:p>
      <w:pPr>
        <w:spacing w:after="40"/>
      </w:pPr>
    </w:p>
    <w:p>
      <w:pPr>
        <w:spacing w:after="40"/>
      </w:pPr>
      <w:r>
        <w:t>[CONVENER NAME]                                    Principal</w:t>
      </w:r>
    </w:p>
    <w:p>
      <w:pPr>
        <w:spacing w:after="40"/>
      </w:pPr>
      <w:r>
        <w:t>Convener, Organizing Committee            [INSTITUTION NAME]</w:t>
      </w:r>
    </w:p>
    <w:p>
      <w:r>
        <w:br w:type="page"/>
      </w:r>
    </w:p>
    <w:p>
      <w:pPr>
        <w:pStyle w:val="Heading1"/>
      </w:pPr>
      <w:r>
        <w:t>Keynote / Resource Person Invitation</w:t>
      </w:r>
    </w:p>
    <w:p>
      <w:pPr>
        <w:spacing w:after="40"/>
      </w:pPr>
      <w:r>
        <w:t>To</w:t>
      </w:r>
    </w:p>
    <w:p>
      <w:pPr>
        <w:spacing w:after="40"/>
      </w:pPr>
      <w:r>
        <w:t>____________ (Name, Designation, Institution)</w:t>
      </w:r>
    </w:p>
    <w:p>
      <w:pPr>
        <w:spacing w:after="40"/>
      </w:pPr>
    </w:p>
    <w:p>
      <w:pPr>
        <w:spacing w:after="40"/>
      </w:pPr>
      <w:r>
        <w:t>Subject: Invitation as Keynote Speaker / Resource Person — [Seminar / Workshop / FDP / Conference] on "[THEME]"</w:t>
      </w:r>
    </w:p>
    <w:p>
      <w:pPr>
        <w:spacing w:after="40"/>
      </w:pPr>
    </w:p>
    <w:p>
      <w:pPr>
        <w:spacing w:after="40"/>
      </w:pPr>
      <w:r>
        <w:t>Respected Sir / Madam,</w:t>
      </w:r>
    </w:p>
    <w:p>
      <w:pPr>
        <w:spacing w:after="40"/>
      </w:pPr>
    </w:p>
    <w:p>
      <w:pPr>
        <w:spacing w:after="40"/>
      </w:pPr>
      <w:r>
        <w:t>[INSTITUTION NAME] is organizing a [Seminar / Workshop / FDP / Conference] titled "[EVENT TITLE]" on [DATE]. Considering your distinguished contribution to this field, the organizing committee cordially invites you to address the participants as Keynote Speaker / Resource Person.</w:t>
      </w:r>
    </w:p>
    <w:p>
      <w:pPr>
        <w:spacing w:after="40"/>
      </w:pPr>
    </w:p>
    <w:p>
      <w:pPr>
        <w:spacing w:after="40"/>
      </w:pPr>
      <w:r>
        <w:t>The session assigned to you is tentatively scheduled for ____________ (time), of ____ minutes' duration, on the sub-theme "____________". An honorarium and travel expenses as per institutional norms will be provided, and we shall be glad to arrange hospitality for the duration of your visit.</w:t>
      </w:r>
    </w:p>
    <w:p>
      <w:pPr>
        <w:spacing w:after="40"/>
      </w:pPr>
    </w:p>
    <w:p>
      <w:pPr>
        <w:spacing w:after="40"/>
      </w:pPr>
      <w:r>
        <w:t>Kindly confirm your acceptance, along with your session title, a brief bio-note and a photograph for the brochure, by ____________.</w:t>
      </w:r>
    </w:p>
    <w:p>
      <w:pPr>
        <w:spacing w:after="40"/>
      </w:pPr>
    </w:p>
    <w:p>
      <w:pPr>
        <w:spacing w:after="40"/>
      </w:pPr>
      <w:r>
        <w:t>With warm regards,</w:t>
      </w:r>
    </w:p>
    <w:p>
      <w:pPr>
        <w:spacing w:after="40"/>
      </w:pPr>
      <w:r>
        <w:t>Yours sincerely,</w:t>
      </w:r>
    </w:p>
    <w:p>
      <w:pPr>
        <w:spacing w:after="40"/>
      </w:pPr>
    </w:p>
    <w:p>
      <w:pPr>
        <w:spacing w:after="40"/>
      </w:pPr>
      <w:r>
        <w:t>[CONVENER NAME]</w:t>
      </w:r>
    </w:p>
    <w:p>
      <w:pPr>
        <w:spacing w:after="40"/>
      </w:pPr>
      <w:r>
        <w:t>Convener, Organizing Committee, [INSTITUTION NAME]</w:t>
      </w:r>
    </w:p>
    <w:p>
      <w:r>
        <w:br w:type="page"/>
      </w:r>
    </w:p>
    <w:p>
      <w:pPr>
        <w:pStyle w:val="Heading1"/>
      </w:pPr>
      <w:r>
        <w:t>Inter-College Participation Letter</w:t>
      </w:r>
    </w:p>
    <w:p>
      <w:pPr>
        <w:spacing w:after="40"/>
      </w:pPr>
      <w:r>
        <w:t>To</w:t>
      </w:r>
    </w:p>
    <w:p>
      <w:pPr>
        <w:spacing w:after="40"/>
      </w:pPr>
      <w:r>
        <w:t>The Principal</w:t>
      </w:r>
    </w:p>
    <w:p>
      <w:pPr>
        <w:spacing w:after="40"/>
      </w:pPr>
      <w:r>
        <w:t>____________ (Institution)</w:t>
      </w:r>
    </w:p>
    <w:p>
      <w:pPr>
        <w:spacing w:after="40"/>
      </w:pPr>
    </w:p>
    <w:p>
      <w:pPr>
        <w:spacing w:after="40"/>
      </w:pPr>
      <w:r>
        <w:t>Subject: Participation of your faculty and students — [Seminar / Workshop / FDP / Conference] on "[THEME]"</w:t>
      </w:r>
    </w:p>
    <w:p>
      <w:pPr>
        <w:spacing w:after="40"/>
      </w:pPr>
    </w:p>
    <w:p>
      <w:pPr>
        <w:spacing w:after="40"/>
      </w:pPr>
      <w:r>
        <w:t>Respected Madam / Sir,</w:t>
      </w:r>
    </w:p>
    <w:p>
      <w:pPr>
        <w:spacing w:after="40"/>
      </w:pPr>
    </w:p>
    <w:p>
      <w:pPr>
        <w:spacing w:after="40"/>
      </w:pPr>
      <w:r>
        <w:t>[INSTITUTION NAME] is pleased to announce a [Seminar / Workshop / FDP / Conference] titled "[EVENT TITLE]" on [DATE]. The event features keynote addresses, technical sessions and an interactive panel, with certificates for all participants and a publication pathway for selected papers.</w:t>
      </w:r>
    </w:p>
    <w:p>
      <w:pPr>
        <w:spacing w:after="40"/>
      </w:pPr>
    </w:p>
    <w:p>
      <w:pPr>
        <w:spacing w:after="40"/>
      </w:pPr>
      <w:r>
        <w:t>We warmly invite the faculty members, research scholars and students of your esteemed institution to participate. The brochure and registration details are enclosed; registrations may also be completed online. Group nominations from a department may be routed through this office.</w:t>
      </w:r>
    </w:p>
    <w:p>
      <w:pPr>
        <w:spacing w:after="40"/>
      </w:pPr>
    </w:p>
    <w:p>
      <w:pPr>
        <w:spacing w:after="40"/>
      </w:pPr>
      <w:r>
        <w:t>We request you to kindly circulate this invitation within your institution. We look forward to welcoming your delegation.</w:t>
      </w:r>
    </w:p>
    <w:p>
      <w:pPr>
        <w:spacing w:after="40"/>
      </w:pPr>
    </w:p>
    <w:p>
      <w:pPr>
        <w:spacing w:after="40"/>
      </w:pPr>
      <w:r>
        <w:t>Yours faithfully,</w:t>
      </w:r>
    </w:p>
    <w:p>
      <w:pPr>
        <w:spacing w:after="40"/>
      </w:pPr>
    </w:p>
    <w:p>
      <w:pPr>
        <w:spacing w:after="40"/>
      </w:pPr>
      <w:r>
        <w:t>[CONVENER NAME]                                    Principal</w:t>
      </w:r>
    </w:p>
    <w:p>
      <w:pPr>
        <w:spacing w:after="40"/>
      </w:pPr>
      <w:r>
        <w:t>Convener, Organizing Committee            [INSTITUTION NAME]</w:t>
      </w:r>
    </w:p>
    <w:p>
      <w:r>
        <w:br w:type="page"/>
      </w:r>
    </w:p>
    <w:p>
      <w:pPr>
        <w:pStyle w:val="Heading1"/>
      </w:pPr>
      <w:r>
        <w:t>MoU / Collaboration Agreement Format</w:t>
      </w:r>
    </w:p>
    <w:p>
      <w:r>
        <w:t>MEMORANDUM OF UNDERSTANDING (MoU)</w:t>
      </w:r>
    </w:p>
    <w:p/>
    <w:p>
      <w:r>
        <w:t>Between</w:t>
      </w:r>
    </w:p>
    <w:p>
      <w:r>
        <w:t>[INSTITUTION NAME]</w:t>
      </w:r>
    </w:p>
    <w:p>
      <w:r>
        <w:t>and</w:t>
      </w:r>
    </w:p>
    <w:p>
      <w:r>
        <w:t>[PARTNER ORGANISATION / INSTITUTION NAME]</w:t>
      </w:r>
    </w:p>
    <w:p/>
    <w:p>
      <w:r>
        <w:t>Date: [DATE]</w:t>
      </w:r>
    </w:p>
    <w:p>
      <w:r>
        <w:t>Ref No.: MOU/[EVENT TITLE]/[YEAR]/[SERIAL]</w:t>
      </w:r>
    </w:p>
    <w:p/>
    <w:p>
      <w:r>
        <w:t>1. PARTIES TO THE AGREEMENT</w:t>
      </w:r>
    </w:p>
    <w:p>
      <w:r>
        <w:t>This Memorandum of Understanding is entered into between [INSTITUTION NAME] ("First Party"), represented by [PRINCIPAL NAME], Principal, and [PARTNER ORGANISATION NAME] ("Second Party"), represented by [PARTNER SIGNATORY NAME, DESIGNATION].</w:t>
      </w:r>
    </w:p>
    <w:p/>
    <w:p>
      <w:r>
        <w:t>2. PURPOSE</w:t>
      </w:r>
    </w:p>
    <w:p>
      <w:r>
        <w:t>This MoU is executed to formalise collaboration for the event "[THEME]" ([Seminar / Workshop / FDP]), scheduled to be held on [DATE] at [INSTITUTION NAME], and for any subsequent academic, research or extension activities the parties may jointly undertake.</w:t>
      </w:r>
    </w:p>
    <w:p/>
    <w:p>
      <w:r>
        <w:t>3. SCOPE OF COLLABORATION</w:t>
      </w:r>
    </w:p>
    <w:p>
      <w:r>
        <w:t>a) Joint planning, promotion and execution of the above event.</w:t>
      </w:r>
    </w:p>
    <w:p>
      <w:r>
        <w:t>b) Sharing of resource persons, technical expertise and academic content.</w:t>
      </w:r>
    </w:p>
    <w:p>
      <w:r>
        <w:t>c) Co-branding on publicity material, certificates and proceedings, as mutually agreed.</w:t>
      </w:r>
    </w:p>
    <w:p>
      <w:r>
        <w:t>d) [Additional scope item, if any — e.g. joint research, student exchange, extension activity]</w:t>
      </w:r>
    </w:p>
    <w:p/>
    <w:p>
      <w:r>
        <w:t>4. RESPONSIBILITIES OF FIRST PARTY ([INSTITUTION NAME])</w:t>
      </w:r>
    </w:p>
    <w:p>
      <w:r>
        <w:t>- Overall event coordination, venue, logistics and administrative approvals.</w:t>
      </w:r>
    </w:p>
    <w:p>
      <w:r>
        <w:t>- Issuing invitations, certificates and official communication under joint branding.</w:t>
      </w:r>
    </w:p>
    <w:p>
      <w:r>
        <w:t>- Point of contact: [PRINCIPAL NAME] / [COORDINATOR NAME, DESIGNATION, CONTACT].</w:t>
      </w:r>
    </w:p>
    <w:p/>
    <w:p>
      <w:r>
        <w:t>5. RESPONSIBILITIES OF SECOND PARTY</w:t>
      </w:r>
    </w:p>
    <w:p>
      <w:r>
        <w:t>- [Responsibility 1 — e.g. nominating resource persons / technical partners]</w:t>
      </w:r>
    </w:p>
    <w:p>
      <w:r>
        <w:t>- [Responsibility 2 — e.g. co-funding / sponsorship / material support]</w:t>
      </w:r>
    </w:p>
    <w:p>
      <w:r>
        <w:t>- Point of contact: [NAME, DESIGNATION, CONTACT].</w:t>
      </w:r>
    </w:p>
    <w:p/>
    <w:p>
      <w:r>
        <w:t>6. FINANCIAL ARRANGEMENT</w:t>
      </w:r>
    </w:p>
    <w:p>
      <w:r>
        <w:t>[State cost-sharing basis, or "No financial commitment is implied by this MoU; each party shall bear its own expenses unless separately agreed in writing."]</w:t>
      </w:r>
    </w:p>
    <w:p/>
    <w:p>
      <w:r>
        <w:t>7. DURATION</w:t>
      </w:r>
    </w:p>
    <w:p>
      <w:r>
        <w:t>This MoU is valid from [DATE] for a period of [DURATION — e.g. this event only / one academic year / three years], and may be renewed or terminated by mutual written consent of both parties with [NOTICE PERIOD] notice.</w:t>
      </w:r>
    </w:p>
    <w:p/>
    <w:p>
      <w:r>
        <w:t>8. CONFIDENTIALITY &amp; INTELLECTUAL PROPERTY</w:t>
      </w:r>
    </w:p>
    <w:p>
      <w:r>
        <w:t>Any proprietary material, data or content shared under this MoU shall remain the property of the originating party and shall not be used beyond the scope of this collaboration without prior written consent.</w:t>
      </w:r>
    </w:p>
    <w:p/>
    <w:p>
      <w:r>
        <w:t>9. DISPUTE RESOLUTION</w:t>
      </w:r>
    </w:p>
    <w:p>
      <w:r>
        <w:t>Any disagreement arising from this MoU shall be resolved through mutual discussion between the signatories; failing which it shall be referred to [COMPETENT AUTHORITY].</w:t>
      </w:r>
    </w:p>
    <w:p/>
    <w:p>
      <w:r>
        <w:t>SIGNED FOR AND ON BEHALF OF:</w:t>
      </w:r>
    </w:p>
    <w:p/>
    <w:p>
      <w:r>
        <w:t>For [INSTITUTION NAME]                                    For [PARTNER ORGANISATION]</w:t>
      </w:r>
    </w:p>
    <w:p/>
    <w:p>
      <w:r>
        <w:t>_______________________               _______________________</w:t>
      </w:r>
    </w:p>
    <w:p>
      <w:r>
        <w:t>[PRINCIPAL NAME]                                   [PARTNER SIGNATORY NAME]</w:t>
      </w:r>
    </w:p>
    <w:p>
      <w:r>
        <w:t>Principal, [INSTITUTION NAME]                             [DESIGNATION, ORGANISATION]</w:t>
      </w:r>
    </w:p>
    <w:p>
      <w:r>
        <w:t>Date: [DATE]                                  Date: [DATE]</w:t>
      </w:r>
    </w:p>
    <w:p/>
    <w:p>
      <w:r>
        <w:t>Witness 1: _______________________            Witness 2: _______________________</w:t>
      </w:r>
    </w:p>
    <w:p/>
    <w:p>
      <w:r>
        <w:t>NAAC Note: This MoU supports Criterion III (Research, Innovations &amp; Extension) — Collaboration/Linkage/Extension activities — and should be retained with the institution's MoU register for the relevant assessment year.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