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Formats A — Approvals &amp; Resolutions</w:t>
      </w:r>
    </w:p>
    <w:p>
      <w:r>
        <w:t>Seminar organization formats for colleges — replace every [BRACKETED] field with your details.</w:t>
        <w:br/>
        <w:t>From the SOP &amp; Formats Library · Seminar (Powered by Topic Engine) · wa.me/919002903128</w:t>
      </w:r>
    </w:p>
    <w:p>
      <w:pPr>
        <w:pStyle w:val="Heading1"/>
      </w:pPr>
      <w:r>
        <w:t>IQAC Approval Request Letter</w:t>
      </w:r>
    </w:p>
    <w:p>
      <w:pPr>
        <w:spacing w:after="40"/>
      </w:pPr>
      <w:r>
        <w:t>To</w:t>
      </w:r>
    </w:p>
    <w:p>
      <w:pPr>
        <w:spacing w:after="40"/>
      </w:pPr>
      <w:r>
        <w:t>The Coordinator, Internal Quality Assurance Cell (IQAC)</w:t>
      </w:r>
    </w:p>
    <w:p>
      <w:pPr>
        <w:spacing w:after="40"/>
      </w:pPr>
      <w:r>
        <w:t>[INSTITUTION NAME]</w:t>
      </w:r>
    </w:p>
    <w:p>
      <w:pPr>
        <w:spacing w:after="40"/>
      </w:pPr>
    </w:p>
    <w:p>
      <w:pPr>
        <w:spacing w:after="40"/>
      </w:pPr>
      <w:r>
        <w:t>Subject: Request for approval to organize a [Seminar / Workshop / FDP / Conference] on "[THEME]"</w:t>
      </w:r>
    </w:p>
    <w:p>
      <w:pPr>
        <w:spacing w:after="40"/>
      </w:pPr>
    </w:p>
    <w:p>
      <w:pPr>
        <w:spacing w:after="40"/>
      </w:pPr>
      <w:r>
        <w:t>Respected Madam / Sir,</w:t>
      </w:r>
    </w:p>
    <w:p>
      <w:pPr>
        <w:spacing w:after="40"/>
      </w:pPr>
    </w:p>
    <w:p>
      <w:pPr>
        <w:spacing w:after="40"/>
      </w:pPr>
      <w:r>
        <w:t>On behalf of the proposed organizing committee, I write to seek the approval of the IQAC for organizing a [Seminar / Workshop / FDP / Conference] titled "[EVENT TITLE]" on [DATE] at [INSTITUTION NAME].</w:t>
      </w:r>
    </w:p>
    <w:p>
      <w:pPr>
        <w:spacing w:after="40"/>
      </w:pPr>
    </w:p>
    <w:p>
      <w:pPr>
        <w:spacing w:after="40"/>
      </w:pPr>
      <w:r>
        <w:t>The event is designed in alignment with the NAAC Quality Indicator Framework and is expected to contribute primarily to Criterion III (Research, Innovations and Extension), with supporting evidence for Criteria II and VI. A draft concept note, tentative programme schedule and budget estimate are enclosed for the Cell's consideration.</w:t>
      </w:r>
    </w:p>
    <w:p>
      <w:pPr>
        <w:spacing w:after="40"/>
      </w:pPr>
    </w:p>
    <w:p>
      <w:pPr>
        <w:spacing w:after="40"/>
      </w:pPr>
      <w:r>
        <w:t>We request the Cell to accord approval and to advise on any modification required, so that preparations may begin at the earliest. All documentation — attendance, feedback analysis, photographic evidence and the final report — will be maintained in audit-ready form and submitted to the IQAC for record.</w:t>
      </w:r>
    </w:p>
    <w:p>
      <w:pPr>
        <w:spacing w:after="40"/>
      </w:pPr>
    </w:p>
    <w:p>
      <w:pPr>
        <w:spacing w:after="40"/>
      </w:pPr>
      <w:r>
        <w:t>Thanking you,</w:t>
      </w:r>
    </w:p>
    <w:p>
      <w:pPr>
        <w:spacing w:after="40"/>
      </w:pPr>
      <w:r>
        <w:t>Yours faithfully,</w:t>
      </w:r>
    </w:p>
    <w:p>
      <w:pPr>
        <w:spacing w:after="40"/>
      </w:pPr>
    </w:p>
    <w:p>
      <w:pPr>
        <w:spacing w:after="40"/>
      </w:pPr>
      <w:r>
        <w:t>[CONVENER NAME]</w:t>
      </w:r>
    </w:p>
    <w:p>
      <w:pPr>
        <w:spacing w:after="40"/>
      </w:pPr>
      <w:r>
        <w:t>Convener, Proposed Organizing Committee</w:t>
      </w:r>
    </w:p>
    <w:p>
      <w:pPr>
        <w:spacing w:after="40"/>
      </w:pPr>
      <w:r>
        <w:t>Date: ____________     Enclosures: Concept note · Draft schedule · Budget estimate</w:t>
      </w:r>
    </w:p>
    <w:p>
      <w:r>
        <w:br w:type="page"/>
      </w:r>
    </w:p>
    <w:p>
      <w:pPr>
        <w:pStyle w:val="Heading1"/>
      </w:pPr>
      <w:r>
        <w:t>Governing Body Resolution Format</w:t>
      </w:r>
    </w:p>
    <w:p>
      <w:pPr>
        <w:spacing w:after="40"/>
      </w:pPr>
      <w:r>
        <w:t>EXTRACT OF RESOLUTION</w:t>
      </w:r>
    </w:p>
    <w:p>
      <w:pPr>
        <w:spacing w:after="40"/>
      </w:pPr>
      <w:r>
        <w:t>Meeting of the Governing Body of [INSTITUTION NAME]</w:t>
      </w:r>
    </w:p>
    <w:p>
      <w:pPr>
        <w:spacing w:after="40"/>
      </w:pPr>
      <w:r>
        <w:t>Held on ____________ at ____________</w:t>
      </w:r>
    </w:p>
    <w:p>
      <w:pPr>
        <w:spacing w:after="40"/>
      </w:pPr>
    </w:p>
    <w:p>
      <w:pPr>
        <w:spacing w:after="40"/>
      </w:pPr>
      <w:r>
        <w:t>Resolution No. ____ of ____________</w:t>
      </w:r>
    </w:p>
    <w:p>
      <w:pPr>
        <w:spacing w:after="40"/>
      </w:pPr>
    </w:p>
    <w:p>
      <w:pPr>
        <w:spacing w:after="40"/>
      </w:pPr>
      <w:r>
        <w:t>"RESOLVED that the proposal submitted by the IQAC / Department concerned for organizing a [Seminar / Workshop / FDP / Conference] titled '[EVENT TITLE]' on [DATE] is hereby approved.</w:t>
      </w:r>
    </w:p>
    <w:p>
      <w:pPr>
        <w:spacing w:after="40"/>
      </w:pPr>
    </w:p>
    <w:p>
      <w:pPr>
        <w:spacing w:after="40"/>
      </w:pPr>
      <w:r>
        <w:t>FURTHER RESOLVED that an Organizing Committee be constituted under the Convenership of [CONVENER NAME], with authority to plan, execute and document the event as per the approved concept note and budget of Rs. ____________, and to submit the final report with accounts to this Body and to the IQAC within thirty days of the event."</w:t>
      </w:r>
    </w:p>
    <w:p>
      <w:pPr>
        <w:spacing w:after="40"/>
      </w:pPr>
    </w:p>
    <w:p>
      <w:pPr>
        <w:spacing w:after="40"/>
      </w:pPr>
      <w:r>
        <w:t>Proposed by: ____________     Seconded by: ____________</w:t>
      </w:r>
    </w:p>
    <w:p>
      <w:pPr>
        <w:spacing w:after="40"/>
      </w:pPr>
    </w:p>
    <w:p>
      <w:pPr>
        <w:spacing w:after="40"/>
      </w:pPr>
      <w:r>
        <w:t>Certified as a true extract.</w:t>
      </w:r>
    </w:p>
    <w:p>
      <w:pPr>
        <w:spacing w:after="40"/>
      </w:pPr>
    </w:p>
    <w:p>
      <w:pPr>
        <w:spacing w:after="40"/>
      </w:pPr>
      <w:r>
        <w:t>(Signature)                              (Signature)</w:t>
      </w:r>
    </w:p>
    <w:p>
      <w:pPr>
        <w:spacing w:after="40"/>
      </w:pPr>
      <w:r>
        <w:t>Secretary, Governing Body                President / Chairperson</w:t>
      </w:r>
    </w:p>
    <w:p>
      <w:r>
        <w:br w:type="page"/>
      </w:r>
    </w:p>
    <w:p>
      <w:pPr>
        <w:pStyle w:val="Heading1"/>
      </w:pPr>
      <w:r>
        <w:t>Principal's Sanction Order</w:t>
      </w:r>
    </w:p>
    <w:p>
      <w:pPr>
        <w:spacing w:after="40"/>
      </w:pPr>
      <w:r>
        <w:t>OFFICE ORDER</w:t>
      </w:r>
    </w:p>
    <w:p>
      <w:pPr>
        <w:spacing w:after="40"/>
      </w:pPr>
    </w:p>
    <w:p>
      <w:pPr>
        <w:spacing w:after="40"/>
      </w:pPr>
      <w:r>
        <w:t>No. ____________                                        Date: ____________</w:t>
      </w:r>
    </w:p>
    <w:p>
      <w:pPr>
        <w:spacing w:after="40"/>
      </w:pPr>
    </w:p>
    <w:p>
      <w:pPr>
        <w:spacing w:after="40"/>
      </w:pPr>
      <w:r>
        <w:t>Subject: Sanction for organizing a [Seminar / Workshop / FDP / Conference] on "[THEME]"</w:t>
      </w:r>
    </w:p>
    <w:p>
      <w:pPr>
        <w:spacing w:after="40"/>
      </w:pPr>
    </w:p>
    <w:p>
      <w:pPr>
        <w:spacing w:after="40"/>
      </w:pPr>
      <w:r>
        <w:t>Pursuant to the approval of the IQAC dated ____________ and the resolution of the Governing Body dated ____________, sanction is hereby accorded for organizing the [Seminar / Workshop / FDP / Conference] titled "[EVENT TITLE]" at [INSTITUTION NAME] on [DATE].</w:t>
      </w:r>
    </w:p>
    <w:p>
      <w:pPr>
        <w:spacing w:after="40"/>
      </w:pPr>
    </w:p>
    <w:p>
      <w:pPr>
        <w:spacing w:after="40"/>
      </w:pPr>
      <w:r>
        <w:t>The Organizing Committee constituted for the purpose, under the Convenership of [CONVENER NAME], is authorized to incur expenditure up to the approved budget of Rs. ____________, subject to institutional financial rules and production of vouchers.</w:t>
      </w:r>
    </w:p>
    <w:p>
      <w:pPr>
        <w:spacing w:after="40"/>
      </w:pPr>
    </w:p>
    <w:p>
      <w:pPr>
        <w:spacing w:after="40"/>
      </w:pPr>
      <w:r>
        <w:t>All departments and offices are directed to extend necessary cooperation. The Committee shall submit the event report, accounts and NAAC-ready documentation to the undersigned within thirty days of the event.</w:t>
      </w:r>
    </w:p>
    <w:p>
      <w:pPr>
        <w:spacing w:after="40"/>
      </w:pPr>
    </w:p>
    <w:p>
      <w:pPr>
        <w:spacing w:after="40"/>
      </w:pPr>
      <w:r>
        <w:t>(Signature)</w:t>
      </w:r>
    </w:p>
    <w:p>
      <w:pPr>
        <w:spacing w:after="40"/>
      </w:pPr>
      <w:r>
        <w:t>Principal</w:t>
      </w:r>
    </w:p>
    <w:p>
      <w:pPr>
        <w:spacing w:after="40"/>
      </w:pPr>
      <w:r>
        <w:t>[INSTITUTION NAME]</w:t>
      </w:r>
    </w:p>
    <w:p>
      <w:r>
        <w:br w:type="page"/>
      </w:r>
    </w:p>
    <w:p>
      <w:pPr>
        <w:pStyle w:val="Heading1"/>
      </w:pPr>
      <w:r>
        <w:t>Budget Approval Note</w:t>
      </w:r>
    </w:p>
    <w:p>
      <w:pPr>
        <w:spacing w:after="40"/>
      </w:pPr>
      <w:r>
        <w:t>NOTE FOR APPROVAL — EVENT BUDGET</w:t>
      </w:r>
    </w:p>
    <w:p>
      <w:pPr>
        <w:spacing w:after="40"/>
      </w:pPr>
    </w:p>
    <w:p>
      <w:pPr>
        <w:spacing w:after="40"/>
      </w:pPr>
      <w:r>
        <w:t>To: The Principal / Finance Committee, [INSTITUTION NAME]</w:t>
      </w:r>
    </w:p>
    <w:p>
      <w:pPr>
        <w:spacing w:after="40"/>
      </w:pPr>
      <w:r>
        <w:t>From: [CONVENER NAME], Convener, Organizing Committee</w:t>
      </w:r>
    </w:p>
    <w:p>
      <w:pPr>
        <w:spacing w:after="40"/>
      </w:pPr>
      <w:r>
        <w:t>Subject: Budget approval for the [Seminar / Workshop / FDP / Conference] "[EVENT TITLE]" — [DATE]</w:t>
      </w:r>
    </w:p>
    <w:p>
      <w:pPr>
        <w:spacing w:after="40"/>
      </w:pPr>
    </w:p>
    <w:p>
      <w:pPr>
        <w:spacing w:after="40"/>
      </w:pPr>
      <w:r>
        <w:t>The following head-wise estimate is placed for approval:</w:t>
      </w:r>
    </w:p>
    <w:p>
      <w:pPr>
        <w:spacing w:after="40"/>
      </w:pPr>
    </w:p>
    <w:p>
      <w:pPr>
        <w:spacing w:after="40"/>
      </w:pPr>
      <w:r>
        <w:t>1. Coordination and planning ....................... Rs. ______</w:t>
      </w:r>
    </w:p>
    <w:p>
      <w:pPr>
        <w:spacing w:after="40"/>
      </w:pPr>
      <w:r>
        <w:t>2. Resource-person honorarium and travel ........... Rs. ______</w:t>
      </w:r>
    </w:p>
    <w:p>
      <w:pPr>
        <w:spacing w:after="40"/>
      </w:pPr>
      <w:r>
        <w:t>3. Printing (brochure, posters, certificates) ...... Rs. ______</w:t>
      </w:r>
    </w:p>
    <w:p>
      <w:pPr>
        <w:spacing w:after="40"/>
      </w:pPr>
      <w:r>
        <w:t>4. Participant kits ................................ Rs. ______</w:t>
      </w:r>
    </w:p>
    <w:p>
      <w:pPr>
        <w:spacing w:after="40"/>
      </w:pPr>
      <w:r>
        <w:t>5. Hospitality and logistics ....................... Rs. ______</w:t>
      </w:r>
    </w:p>
    <w:p>
      <w:pPr>
        <w:spacing w:after="40"/>
      </w:pPr>
      <w:r>
        <w:t>6. Technical setup (hybrid / recording) ............ Rs. ______</w:t>
      </w:r>
    </w:p>
    <w:p>
      <w:pPr>
        <w:spacing w:after="40"/>
      </w:pPr>
      <w:r>
        <w:t>7. Documentation and NAAC evidence pack ............ Rs. ______</w:t>
      </w:r>
    </w:p>
    <w:p>
      <w:pPr>
        <w:spacing w:after="40"/>
      </w:pPr>
      <w:r>
        <w:t>8. Contingency (5%) ................................ Rs. ______</w:t>
      </w:r>
    </w:p>
    <w:p>
      <w:pPr>
        <w:spacing w:after="40"/>
      </w:pPr>
      <w:r>
        <w:t xml:space="preserve">                                    TOTAL .......... Rs. ______</w:t>
      </w:r>
    </w:p>
    <w:p>
      <w:pPr>
        <w:spacing w:after="40"/>
      </w:pPr>
    </w:p>
    <w:p>
      <w:pPr>
        <w:spacing w:after="40"/>
      </w:pPr>
      <w:r>
        <w:t>Receipts anticipated (registration fees / sponsorship): Rs. ______</w:t>
      </w:r>
    </w:p>
    <w:p>
      <w:pPr>
        <w:spacing w:after="40"/>
      </w:pPr>
      <w:r>
        <w:t>Net institutional commitment: Rs. ______</w:t>
      </w:r>
    </w:p>
    <w:p>
      <w:pPr>
        <w:spacing w:after="40"/>
      </w:pPr>
    </w:p>
    <w:p>
      <w:pPr>
        <w:spacing w:after="40"/>
      </w:pPr>
      <w:r>
        <w:t>Submitted for kind approval.</w:t>
      </w:r>
    </w:p>
    <w:p>
      <w:pPr>
        <w:spacing w:after="40"/>
      </w:pPr>
    </w:p>
    <w:p>
      <w:pPr>
        <w:spacing w:after="40"/>
      </w:pPr>
      <w:r>
        <w:t>(Signature of Convener)                    (Approved: Principal)</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